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81206" w14:textId="77777777" w:rsidR="00F37775" w:rsidRDefault="00F37775">
      <w:pPr>
        <w:spacing w:before="200"/>
        <w:jc w:val="center"/>
        <w:rPr>
          <w:b/>
          <w:sz w:val="18"/>
        </w:rPr>
      </w:pPr>
    </w:p>
    <w:p w14:paraId="4CCF7A9E" w14:textId="77777777" w:rsidR="00F37775" w:rsidRDefault="00F37775">
      <w:pPr>
        <w:spacing w:before="200"/>
        <w:jc w:val="center"/>
        <w:rPr>
          <w:b/>
          <w:sz w:val="18"/>
        </w:rPr>
      </w:pPr>
    </w:p>
    <w:p w14:paraId="65C5462D" w14:textId="77777777" w:rsidR="00F37775" w:rsidRDefault="00F37775">
      <w:pPr>
        <w:spacing w:before="200"/>
        <w:jc w:val="center"/>
        <w:rPr>
          <w:b/>
          <w:sz w:val="18"/>
        </w:rPr>
      </w:pPr>
    </w:p>
    <w:p w14:paraId="446165B8" w14:textId="4E9FDBEF" w:rsidR="00E16E80" w:rsidRDefault="0090739C">
      <w:pPr>
        <w:spacing w:before="200"/>
        <w:jc w:val="center"/>
      </w:pPr>
      <w:r>
        <w:rPr>
          <w:b/>
          <w:sz w:val="28"/>
        </w:rPr>
        <w:t>ALLEGATO A - DOMANDA DI PARTECIPAZIONE E DICHIARAZIONE INTEGRATIVA</w:t>
      </w:r>
    </w:p>
    <w:p w14:paraId="388582EB" w14:textId="77777777" w:rsidR="008F00C8" w:rsidRDefault="0090739C">
      <w:pPr>
        <w:rPr>
          <w:b/>
          <w:color w:val="555555"/>
          <w:sz w:val="22"/>
        </w:rPr>
      </w:pPr>
      <w:r>
        <w:rPr>
          <w:b/>
          <w:color w:val="555555"/>
          <w:sz w:val="22"/>
        </w:rPr>
        <w:t xml:space="preserve">Selezione per n. 1 incarico di assistente sociale per il servizio di affido familiare </w:t>
      </w:r>
    </w:p>
    <w:p w14:paraId="692753EE" w14:textId="38A1F6CA" w:rsidR="00E16E80" w:rsidRDefault="0090739C">
      <w:pPr>
        <w:rPr>
          <w:b/>
          <w:color w:val="555555"/>
          <w:sz w:val="22"/>
        </w:rPr>
      </w:pPr>
      <w:r>
        <w:rPr>
          <w:b/>
          <w:color w:val="555555"/>
          <w:sz w:val="22"/>
        </w:rPr>
        <w:t xml:space="preserve">dell'ATS </w:t>
      </w:r>
      <w:r w:rsidR="008F00C8">
        <w:rPr>
          <w:b/>
          <w:color w:val="555555"/>
          <w:sz w:val="22"/>
        </w:rPr>
        <w:t>17</w:t>
      </w:r>
    </w:p>
    <w:p w14:paraId="2D949842" w14:textId="77777777" w:rsidR="008F00C8" w:rsidRDefault="008F00C8"/>
    <w:tbl>
      <w:tblPr>
        <w:tblStyle w:val="Grigliatabella"/>
        <w:tblW w:w="9624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7124"/>
      </w:tblGrid>
      <w:tr w:rsidR="00E16E80" w14:paraId="363AC657" w14:textId="77777777">
        <w:tc>
          <w:tcPr>
            <w:tcW w:w="7124" w:type="dxa"/>
            <w:gridSpan w:val="2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CBB711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</w:rPr>
              <w:t>DATI DEL/DELLA CANDIDATO/A</w:t>
            </w:r>
          </w:p>
        </w:tc>
      </w:tr>
      <w:tr w:rsidR="00E16E80" w14:paraId="754B387E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D7D62B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</w:rPr>
              <w:t>Nome e cognome</w:t>
            </w:r>
          </w:p>
        </w:tc>
        <w:tc>
          <w:tcPr>
            <w:tcW w:w="71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3FEBEF" w14:textId="77777777" w:rsidR="00E16E80" w:rsidRDefault="0090739C">
            <w:pPr>
              <w:spacing w:after="20" w:line="240" w:lineRule="auto"/>
              <w:jc w:val="left"/>
            </w:pPr>
            <w:r>
              <w:t>______________________________________________</w:t>
            </w:r>
          </w:p>
        </w:tc>
      </w:tr>
      <w:tr w:rsidR="00E16E80" w14:paraId="3CA1EA85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C31F99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</w:rPr>
              <w:t>Luogo e data di nascita</w:t>
            </w:r>
          </w:p>
        </w:tc>
        <w:tc>
          <w:tcPr>
            <w:tcW w:w="71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02B18" w14:textId="77777777" w:rsidR="00E16E80" w:rsidRDefault="0090739C">
            <w:pPr>
              <w:spacing w:after="20" w:line="240" w:lineRule="auto"/>
              <w:jc w:val="left"/>
            </w:pPr>
            <w:r>
              <w:t>______________________________________________</w:t>
            </w:r>
          </w:p>
        </w:tc>
      </w:tr>
      <w:tr w:rsidR="00E16E80" w14:paraId="199D11C1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AED000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</w:rPr>
              <w:t>Residenza</w:t>
            </w:r>
          </w:p>
        </w:tc>
        <w:tc>
          <w:tcPr>
            <w:tcW w:w="71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E681E" w14:textId="77777777" w:rsidR="00E16E80" w:rsidRDefault="0090739C">
            <w:pPr>
              <w:spacing w:after="20" w:line="240" w:lineRule="auto"/>
              <w:jc w:val="left"/>
            </w:pPr>
            <w:r>
              <w:t>______________________________________________</w:t>
            </w:r>
          </w:p>
        </w:tc>
      </w:tr>
      <w:tr w:rsidR="00E16E80" w14:paraId="5BFADEBD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BEDE33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</w:rPr>
              <w:t>Codice fiscale</w:t>
            </w:r>
          </w:p>
        </w:tc>
        <w:tc>
          <w:tcPr>
            <w:tcW w:w="71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5F1022" w14:textId="77777777" w:rsidR="00E16E80" w:rsidRDefault="0090739C">
            <w:pPr>
              <w:spacing w:after="20" w:line="240" w:lineRule="auto"/>
              <w:jc w:val="left"/>
            </w:pPr>
            <w:r>
              <w:t>______________________________________________</w:t>
            </w:r>
          </w:p>
        </w:tc>
      </w:tr>
      <w:tr w:rsidR="00E16E80" w14:paraId="4CBFABD0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3FD233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</w:rPr>
              <w:t>Partita IVA</w:t>
            </w:r>
          </w:p>
        </w:tc>
        <w:tc>
          <w:tcPr>
            <w:tcW w:w="71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6FCAB1" w14:textId="77777777" w:rsidR="00E16E80" w:rsidRDefault="0090739C">
            <w:pPr>
              <w:spacing w:after="20" w:line="240" w:lineRule="auto"/>
              <w:jc w:val="left"/>
            </w:pPr>
            <w:r>
              <w:t>______________________________________________</w:t>
            </w:r>
          </w:p>
        </w:tc>
      </w:tr>
      <w:tr w:rsidR="00E16E80" w14:paraId="026EC9F5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2F1749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</w:rPr>
              <w:t>E-mail</w:t>
            </w:r>
          </w:p>
        </w:tc>
        <w:tc>
          <w:tcPr>
            <w:tcW w:w="71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9D4BB8" w14:textId="77777777" w:rsidR="00E16E80" w:rsidRDefault="0090739C">
            <w:pPr>
              <w:spacing w:after="20" w:line="240" w:lineRule="auto"/>
              <w:jc w:val="left"/>
            </w:pPr>
            <w:r>
              <w:t>______________________________________________</w:t>
            </w:r>
          </w:p>
        </w:tc>
      </w:tr>
      <w:tr w:rsidR="00E16E80" w14:paraId="4222F6F0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4675FF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</w:rPr>
              <w:t>PEC / domicilio digitale</w:t>
            </w:r>
          </w:p>
        </w:tc>
        <w:tc>
          <w:tcPr>
            <w:tcW w:w="71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29A81A" w14:textId="77777777" w:rsidR="00E16E80" w:rsidRDefault="0090739C">
            <w:pPr>
              <w:spacing w:after="20" w:line="240" w:lineRule="auto"/>
              <w:jc w:val="left"/>
            </w:pPr>
            <w:r>
              <w:t>______________________________________________</w:t>
            </w:r>
          </w:p>
        </w:tc>
      </w:tr>
      <w:tr w:rsidR="00E16E80" w14:paraId="1994D2E1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683B04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</w:rPr>
              <w:t>Telefono</w:t>
            </w:r>
          </w:p>
        </w:tc>
        <w:tc>
          <w:tcPr>
            <w:tcW w:w="71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ACDC87" w14:textId="77777777" w:rsidR="00E16E80" w:rsidRDefault="0090739C">
            <w:pPr>
              <w:spacing w:after="20" w:line="240" w:lineRule="auto"/>
              <w:jc w:val="left"/>
            </w:pPr>
            <w:r>
              <w:t>______________________________________________</w:t>
            </w:r>
          </w:p>
        </w:tc>
      </w:tr>
    </w:tbl>
    <w:p w14:paraId="7D6ABF2D" w14:textId="77777777" w:rsidR="00E16E80" w:rsidRDefault="00E16E80">
      <w:pPr>
        <w:spacing w:after="20"/>
      </w:pPr>
    </w:p>
    <w:p w14:paraId="03351F75" w14:textId="77777777" w:rsidR="00E16E80" w:rsidRDefault="0090739C">
      <w:r>
        <w:rPr>
          <w:b/>
        </w:rPr>
        <w:t>Il/La sottoscritto/a CHIEDE</w:t>
      </w:r>
      <w:r>
        <w:t xml:space="preserve"> di partecipare alla procedura in oggetto e DICHIARA:</w:t>
      </w:r>
    </w:p>
    <w:p w14:paraId="28047398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possedere la cittadinanza ______________________________ e di trovarsi nella condizione che consente l'accesso agli incarichi presso la pubblica amministrazione;</w:t>
      </w:r>
    </w:p>
    <w:p w14:paraId="4DD34884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godere dei diritti civili e politici e di essere iscritto/a nelle liste elettorali del Comune di ______________________________, ovvero di non esserlo per il seguente motivo: ______________________________;</w:t>
      </w:r>
    </w:p>
    <w:p w14:paraId="3D91C692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non aver riportato condanne penali e di non essere destinatario/a di provvedimenti incompatibili con l'incarico; oppure di dichiarare le seguenti situazioni: ______________________________;</w:t>
      </w:r>
    </w:p>
    <w:p w14:paraId="1C7BA7FB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non trovarsi in situazioni di inconferibilità, incompatibilità o conflitto di interessi, anche potenziale, rispetto all'incarico;</w:t>
      </w:r>
    </w:p>
    <w:p w14:paraId="4EE812F6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essere in regola con gli obblighi previdenziali, contributivi e fiscali applicabili;</w:t>
      </w:r>
    </w:p>
    <w:p w14:paraId="382C4BD9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essere idoneo/a allo svolgimento di attività che comportano contatti diretti e regolari con minorenni e di non trovarsi nelle condizioni ostative previste dalla legge;</w:t>
      </w:r>
    </w:p>
    <w:p w14:paraId="16668D90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possedere il seguente titolo di studio abilitante/equipollente: ______________________________, conseguito presso ______________________________ in data __________, con votazione __________;</w:t>
      </w:r>
    </w:p>
    <w:p w14:paraId="77519CF5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avere conseguito l'abilitazione alla professione di assistente sociale in data __________ presso ______________________________;</w:t>
      </w:r>
    </w:p>
    <w:p w14:paraId="10FF666E" w14:textId="77777777" w:rsidR="00E16E80" w:rsidRDefault="0090739C">
      <w:pPr>
        <w:keepLines/>
        <w:numPr>
          <w:ilvl w:val="0"/>
          <w:numId w:val="1"/>
        </w:numPr>
        <w:spacing w:after="60"/>
      </w:pPr>
      <w:r>
        <w:lastRenderedPageBreak/>
        <w:t>di essere iscritto/a all'Albo professionale degli assistenti sociali della Regione ____________________, sezione [A/B], n. __________, dal __________, con iscrizione in corso di validità;</w:t>
      </w:r>
    </w:p>
    <w:p w14:paraId="31095484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possedere almeno dodici mesi di esperienza professionale pertinente nei termini richiesti dall'avviso;</w:t>
      </w:r>
    </w:p>
    <w:p w14:paraId="4DFC1B87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possedere / impegnarsi ad attivare prima della stipula una posizione fiscale compatibile con l'incarico professionale;</w:t>
      </w:r>
    </w:p>
    <w:p w14:paraId="5BB8E022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essere / non essere dipendente di una pubblica amministrazione. In caso affermativo: amministrazione ______________________________ e stato dell'autorizzazione ex art. 53 D.Lgs. 165/2001 ______________________________;</w:t>
      </w:r>
    </w:p>
    <w:p w14:paraId="5E7B6D3D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aver preso visione e di accettare integralmente l'avviso e lo schema di contratto;</w:t>
      </w:r>
    </w:p>
    <w:p w14:paraId="401AA4C9" w14:textId="721428E4" w:rsidR="00E16E80" w:rsidRDefault="0090739C">
      <w:pPr>
        <w:keepLines/>
        <w:numPr>
          <w:ilvl w:val="0"/>
          <w:numId w:val="1"/>
        </w:numPr>
        <w:spacing w:after="60"/>
      </w:pPr>
      <w:r>
        <w:t xml:space="preserve">di autorizzare le </w:t>
      </w:r>
      <w:r w:rsidR="00240C17">
        <w:t xml:space="preserve">eventuali </w:t>
      </w:r>
      <w:r>
        <w:t>comunicazioni relative alla procedura ai recapiti dichiarati;</w:t>
      </w:r>
    </w:p>
    <w:p w14:paraId="593094E0" w14:textId="77777777" w:rsidR="00E16E80" w:rsidRDefault="0090739C">
      <w:pPr>
        <w:keepLines/>
        <w:numPr>
          <w:ilvl w:val="0"/>
          <w:numId w:val="1"/>
        </w:numPr>
        <w:spacing w:after="60"/>
      </w:pPr>
      <w:r>
        <w:t>di aver preso visione dell'informativa sul trattamento dei dati personali.</w:t>
      </w:r>
    </w:p>
    <w:p w14:paraId="37CC37C2" w14:textId="77777777" w:rsidR="00E16E80" w:rsidRDefault="0090739C">
      <w:pPr>
        <w:pStyle w:val="Titolo1"/>
      </w:pPr>
      <w:r>
        <w:t>Esperienze professionali specifiche</w:t>
      </w:r>
    </w:p>
    <w:tbl>
      <w:tblPr>
        <w:tblStyle w:val="Grigliatabella"/>
        <w:tblW w:w="9624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00"/>
        <w:gridCol w:w="3824"/>
        <w:gridCol w:w="1300"/>
        <w:gridCol w:w="1300"/>
        <w:gridCol w:w="1100"/>
      </w:tblGrid>
      <w:tr w:rsidR="00E16E80" w14:paraId="2FF0E63A" w14:textId="77777777">
        <w:trPr>
          <w:tblHeader/>
        </w:trPr>
        <w:tc>
          <w:tcPr>
            <w:tcW w:w="2100" w:type="dxa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3D3E9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  <w:sz w:val="18"/>
              </w:rPr>
              <w:t>Ente/committente</w:t>
            </w:r>
          </w:p>
        </w:tc>
        <w:tc>
          <w:tcPr>
            <w:tcW w:w="3824" w:type="dxa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656198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  <w:sz w:val="18"/>
              </w:rPr>
              <w:t>Ruolo e attività</w:t>
            </w:r>
          </w:p>
        </w:tc>
        <w:tc>
          <w:tcPr>
            <w:tcW w:w="1300" w:type="dxa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5DD6CA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  <w:sz w:val="18"/>
              </w:rPr>
              <w:t>Dal</w:t>
            </w:r>
          </w:p>
        </w:tc>
        <w:tc>
          <w:tcPr>
            <w:tcW w:w="1300" w:type="dxa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05E3AA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  <w:sz w:val="18"/>
              </w:rPr>
              <w:t>Al</w:t>
            </w:r>
          </w:p>
        </w:tc>
        <w:tc>
          <w:tcPr>
            <w:tcW w:w="1100" w:type="dxa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FBDA42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  <w:sz w:val="18"/>
              </w:rPr>
              <w:t>Mesi</w:t>
            </w:r>
          </w:p>
        </w:tc>
      </w:tr>
      <w:tr w:rsidR="00E16E80" w14:paraId="36692FE3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BD0727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38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C832F8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818BA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B98018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740179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</w:tr>
      <w:tr w:rsidR="00E16E80" w14:paraId="474EAFDA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5EE264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38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2008BE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FC48F2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8769A4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ECB0FD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</w:tr>
      <w:tr w:rsidR="00E16E80" w14:paraId="77178DF6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BD2526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38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46EC4F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E473CF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3B8F44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F3C69E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</w:tr>
      <w:tr w:rsidR="00E16E80" w14:paraId="558E923A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AE179E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38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CCEEF9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F8B9D9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FE892F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E19143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</w:tr>
      <w:tr w:rsidR="00E16E80" w14:paraId="302F9033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8CA192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38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1F4A77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786456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AE1E6C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D1E449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</w:tr>
      <w:tr w:rsidR="00E16E80" w14:paraId="489E620A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BBB98A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38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C9A1C6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4FFD13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AC9B11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C5BADB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</w:tr>
    </w:tbl>
    <w:p w14:paraId="7F23E47C" w14:textId="77777777" w:rsidR="00E16E80" w:rsidRDefault="0090739C">
      <w:pPr>
        <w:pStyle w:val="Titolo1"/>
      </w:pPr>
      <w:r>
        <w:t>Formazione specialistica pertinente</w:t>
      </w:r>
    </w:p>
    <w:tbl>
      <w:tblPr>
        <w:tblStyle w:val="Grigliatabella"/>
        <w:tblW w:w="9624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800"/>
        <w:gridCol w:w="3000"/>
        <w:gridCol w:w="1400"/>
        <w:gridCol w:w="1424"/>
      </w:tblGrid>
      <w:tr w:rsidR="00E16E80" w14:paraId="24639325" w14:textId="77777777">
        <w:trPr>
          <w:tblHeader/>
        </w:trPr>
        <w:tc>
          <w:tcPr>
            <w:tcW w:w="3800" w:type="dxa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01547F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  <w:sz w:val="18"/>
              </w:rPr>
              <w:t>Titolo/corso</w:t>
            </w:r>
          </w:p>
        </w:tc>
        <w:tc>
          <w:tcPr>
            <w:tcW w:w="3000" w:type="dxa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1351E6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  <w:sz w:val="18"/>
              </w:rPr>
              <w:t>Ente</w:t>
            </w:r>
          </w:p>
        </w:tc>
        <w:tc>
          <w:tcPr>
            <w:tcW w:w="1400" w:type="dxa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399C27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  <w:sz w:val="18"/>
              </w:rPr>
              <w:t>Anno</w:t>
            </w:r>
          </w:p>
        </w:tc>
        <w:tc>
          <w:tcPr>
            <w:tcW w:w="1424" w:type="dxa"/>
            <w:shd w:val="clear" w:color="auto" w:fill="E9EE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285578" w14:textId="77777777" w:rsidR="00E16E80" w:rsidRDefault="0090739C">
            <w:pPr>
              <w:spacing w:after="20" w:line="240" w:lineRule="auto"/>
              <w:jc w:val="left"/>
            </w:pPr>
            <w:r>
              <w:rPr>
                <w:b/>
                <w:sz w:val="18"/>
              </w:rPr>
              <w:t>Ore/CFU</w:t>
            </w:r>
          </w:p>
        </w:tc>
      </w:tr>
      <w:tr w:rsidR="00E16E80" w14:paraId="41F244D5" w14:textId="77777777">
        <w:tc>
          <w:tcPr>
            <w:tcW w:w="3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10AEE9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12EA86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BBF443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4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96A986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</w:tr>
      <w:tr w:rsidR="00E16E80" w14:paraId="7B23C72E" w14:textId="77777777">
        <w:tc>
          <w:tcPr>
            <w:tcW w:w="3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478057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133EBC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5A5D74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4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01CF6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</w:tr>
      <w:tr w:rsidR="00E16E80" w14:paraId="561639CD" w14:textId="77777777">
        <w:tc>
          <w:tcPr>
            <w:tcW w:w="3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9D2A4C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6C5F60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93E7CD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  <w:tc>
          <w:tcPr>
            <w:tcW w:w="142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307C1C" w14:textId="77777777" w:rsidR="00E16E80" w:rsidRDefault="0090739C">
            <w:pPr>
              <w:spacing w:after="20" w:line="240" w:lineRule="auto"/>
              <w:jc w:val="left"/>
            </w:pPr>
            <w:r>
              <w:br/>
            </w:r>
          </w:p>
        </w:tc>
      </w:tr>
    </w:tbl>
    <w:p w14:paraId="2DB46270" w14:textId="77777777" w:rsidR="00E16E80" w:rsidRDefault="0090739C">
      <w:pPr>
        <w:pStyle w:val="Titolo1"/>
      </w:pPr>
      <w:r>
        <w:t>Allegati</w:t>
      </w:r>
    </w:p>
    <w:p w14:paraId="7C312AEA" w14:textId="77777777" w:rsidR="00E16E80" w:rsidRDefault="0090739C">
      <w:pPr>
        <w:keepLines/>
        <w:numPr>
          <w:ilvl w:val="0"/>
          <w:numId w:val="1"/>
        </w:numPr>
        <w:spacing w:after="60"/>
      </w:pPr>
      <w:r>
        <w:t>curriculum vitae datato e sottoscritto;</w:t>
      </w:r>
    </w:p>
    <w:p w14:paraId="0548571C" w14:textId="77777777" w:rsidR="00E16E80" w:rsidRDefault="0090739C">
      <w:pPr>
        <w:keepLines/>
        <w:numPr>
          <w:ilvl w:val="0"/>
          <w:numId w:val="1"/>
        </w:numPr>
        <w:spacing w:after="60"/>
      </w:pPr>
      <w:r>
        <w:t>eventuale documentazione relativa a titoli non autocertificabili;</w:t>
      </w:r>
    </w:p>
    <w:p w14:paraId="434289A4" w14:textId="77777777" w:rsidR="00E16E80" w:rsidRDefault="0090739C">
      <w:pPr>
        <w:keepLines/>
        <w:numPr>
          <w:ilvl w:val="0"/>
          <w:numId w:val="1"/>
        </w:numPr>
        <w:spacing w:after="60"/>
      </w:pPr>
      <w:r>
        <w:t>eventuale autorizzazione/richiesta di autorizzazione ex art. 53 D.Lgs. 165/2001;</w:t>
      </w:r>
    </w:p>
    <w:p w14:paraId="6AA72275" w14:textId="77777777" w:rsidR="00E16E80" w:rsidRDefault="0090739C">
      <w:pPr>
        <w:keepLines/>
        <w:numPr>
          <w:ilvl w:val="0"/>
          <w:numId w:val="1"/>
        </w:numPr>
        <w:spacing w:after="60"/>
      </w:pPr>
      <w:r>
        <w:lastRenderedPageBreak/>
        <w:t>altro: ____________________________________________________________.</w:t>
      </w:r>
    </w:p>
    <w:p w14:paraId="28E1C017" w14:textId="77777777" w:rsidR="00E16E80" w:rsidRDefault="0090739C">
      <w:pPr>
        <w:spacing w:after="60"/>
        <w:jc w:val="left"/>
      </w:pPr>
      <w:r>
        <w:t>Luogo e data ______________________________</w:t>
      </w:r>
    </w:p>
    <w:p w14:paraId="7793072C" w14:textId="77777777" w:rsidR="00E16E80" w:rsidRDefault="0090739C">
      <w:pPr>
        <w:jc w:val="right"/>
      </w:pPr>
      <w:r>
        <w:rPr>
          <w:b/>
        </w:rPr>
        <w:t>Firma del/della candidato/a</w:t>
      </w:r>
      <w:r>
        <w:rPr>
          <w:b/>
        </w:rPr>
        <w:br/>
      </w:r>
      <w:r>
        <w:rPr>
          <w:b/>
        </w:rPr>
        <w:br/>
        <w:t>____________________________</w:t>
      </w:r>
    </w:p>
    <w:sectPr w:rsidR="00E16E8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47" w:bottom="1020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B32AF" w14:textId="77777777" w:rsidR="00D7647F" w:rsidRDefault="00D7647F">
      <w:pPr>
        <w:spacing w:after="0" w:line="240" w:lineRule="auto"/>
      </w:pPr>
      <w:r>
        <w:separator/>
      </w:r>
    </w:p>
  </w:endnote>
  <w:endnote w:type="continuationSeparator" w:id="0">
    <w:p w14:paraId="7020CEA3" w14:textId="77777777" w:rsidR="00D7647F" w:rsidRDefault="00D76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B23A5" w14:textId="77777777" w:rsidR="00F37775" w:rsidRDefault="00F3777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5BB5" w14:textId="27AA7A1E" w:rsidR="00E16E80" w:rsidRDefault="00E16E80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DDD8" w14:textId="77777777" w:rsidR="00F37775" w:rsidRDefault="00F377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1B22A" w14:textId="77777777" w:rsidR="00D7647F" w:rsidRDefault="00D7647F">
      <w:pPr>
        <w:spacing w:after="0" w:line="240" w:lineRule="auto"/>
      </w:pPr>
      <w:r>
        <w:separator/>
      </w:r>
    </w:p>
  </w:footnote>
  <w:footnote w:type="continuationSeparator" w:id="0">
    <w:p w14:paraId="354C4014" w14:textId="77777777" w:rsidR="00D7647F" w:rsidRDefault="00D76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66918" w14:textId="77777777" w:rsidR="00F37775" w:rsidRDefault="00F3777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68A3" w14:textId="071951CE" w:rsidR="00F37775" w:rsidRPr="00D07E99" w:rsidRDefault="00F37775" w:rsidP="00F37775">
    <w:pPr>
      <w:pStyle w:val="Intestazione"/>
    </w:pPr>
    <w:r w:rsidRPr="00D07E99">
      <w:t xml:space="preserve">               </w:t>
    </w:r>
    <w:r w:rsidRPr="00D07E99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38B122D" wp14:editId="19451A19">
              <wp:simplePos x="0" y="0"/>
              <wp:positionH relativeFrom="margin">
                <wp:align>left</wp:align>
              </wp:positionH>
              <wp:positionV relativeFrom="paragraph">
                <wp:posOffset>-85955</wp:posOffset>
              </wp:positionV>
              <wp:extent cx="708660" cy="548640"/>
              <wp:effectExtent l="0" t="0" r="0" b="3810"/>
              <wp:wrapNone/>
              <wp:docPr id="410066903" name="Grupp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660" cy="548640"/>
                        <a:chOff x="2454" y="5918"/>
                        <a:chExt cx="8340" cy="7620"/>
                      </a:xfrm>
                    </wpg:grpSpPr>
                    <wps:wsp>
                      <wps:cNvPr id="5" name="AutoShape 2"/>
                      <wps:cNvSpPr>
                        <a:spLocks noChangeArrowheads="1"/>
                      </wps:cNvSpPr>
                      <wps:spPr bwMode="auto">
                        <a:xfrm flipH="1">
                          <a:off x="2454" y="9518"/>
                          <a:ext cx="8040" cy="4020"/>
                        </a:xfrm>
                        <a:prstGeom prst="parallelogram">
                          <a:avLst>
                            <a:gd name="adj" fmla="val 58333"/>
                          </a:avLst>
                        </a:prstGeom>
                        <a:gradFill rotWithShape="0">
                          <a:gsLst>
                            <a:gs pos="0">
                              <a:srgbClr val="00FFFF"/>
                            </a:gs>
                            <a:gs pos="100000">
                              <a:srgbClr val="3366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AutoShape 3"/>
                      <wps:cNvSpPr>
                        <a:spLocks noChangeArrowheads="1"/>
                      </wps:cNvSpPr>
                      <wps:spPr bwMode="auto">
                        <a:xfrm>
                          <a:off x="3894" y="5918"/>
                          <a:ext cx="4740" cy="409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4"/>
                      <wps:cNvSpPr>
                        <a:spLocks noChangeArrowheads="1"/>
                      </wps:cNvSpPr>
                      <wps:spPr bwMode="auto">
                        <a:xfrm>
                          <a:off x="4974" y="6998"/>
                          <a:ext cx="4740" cy="409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6699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AutoShape 5"/>
                      <wps:cNvSpPr>
                        <a:spLocks noChangeArrowheads="1"/>
                      </wps:cNvSpPr>
                      <wps:spPr bwMode="auto">
                        <a:xfrm>
                          <a:off x="6054" y="8258"/>
                          <a:ext cx="4740" cy="409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9AEB34" id="Gruppo 6" o:spid="_x0000_s1026" style="position:absolute;margin-left:0;margin-top:-6.75pt;width:55.8pt;height:43.2pt;z-index:-251657216;mso-position-horizontal:left;mso-position-horizontal-relative:margin" coordorigin="2454,5918" coordsize="83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AutoShape 2" o:spid="_x0000_s1027" type="#_x0000_t7" style="position:absolute;left:2454;top:9518;width:8040;height:402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" adj="6300" fillcolor="aqua" stroked="f">
                <v:fill color2="#36f" focus="100%" type="gradient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3" o:spid="_x0000_s1028" type="#_x0000_t5" style="position:absolute;left:3894;top:5918;width:4740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" fillcolor="#fc0" stroked="f"/>
              <v:shape id="AutoShape 4" o:spid="_x0000_s1029" type="#_x0000_t5" style="position:absolute;left:4974;top:6998;width:4740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" fillcolor="#690" stroked="f"/>
              <v:shape id="AutoShape 5" o:spid="_x0000_s1030" type="#_x0000_t5" style="position:absolute;left:6054;top:8258;width:4740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" fillcolor="#f60" stroked="f"/>
              <w10:wrap anchorx="margin"/>
            </v:group>
          </w:pict>
        </mc:Fallback>
      </mc:AlternateContent>
    </w:r>
    <w:r w:rsidRPr="00D07E99">
      <w:t xml:space="preserve"> ATS 17                                                                     </w:t>
    </w:r>
    <w:r w:rsidRPr="00D07E99">
      <w:rPr>
        <w:noProof/>
        <w:sz w:val="22"/>
      </w:rPr>
      <w:drawing>
        <wp:inline distT="0" distB="0" distL="0" distR="0" wp14:anchorId="0B06EB15" wp14:editId="2375285F">
          <wp:extent cx="638175" cy="933450"/>
          <wp:effectExtent l="0" t="0" r="9525" b="0"/>
          <wp:docPr id="1" name="Immagine 1" descr="Stemma comu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 comunal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7E99">
      <w:t>Comune di Bolano</w:t>
    </w:r>
  </w:p>
  <w:p w14:paraId="5DB8471C" w14:textId="6D04284D" w:rsidR="00F37775" w:rsidRDefault="00F37775">
    <w:pPr>
      <w:pStyle w:val="Intestazione"/>
    </w:pPr>
    <w:r w:rsidRPr="00D07E99">
      <w:t xml:space="preserve">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6C13" w14:textId="77777777" w:rsidR="00F37775" w:rsidRDefault="00F377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976745"/>
    <w:multiLevelType w:val="singleLevel"/>
    <w:tmpl w:val="29CCDC5A"/>
    <w:lvl w:ilvl="0">
      <w:start w:val="1"/>
      <w:numFmt w:val="bullet"/>
      <w:pStyle w:val="Puntoelenco"/>
      <w:lvlText w:val="•"/>
      <w:lvlJc w:val="left"/>
      <w:pPr>
        <w:tabs>
          <w:tab w:val="num" w:pos="540"/>
        </w:tabs>
        <w:ind w:left="540" w:hanging="260"/>
      </w:pPr>
    </w:lvl>
  </w:abstractNum>
  <w:num w:numId="1" w16cid:durableId="6385344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F56"/>
    <w:rsid w:val="0006063C"/>
    <w:rsid w:val="0015074B"/>
    <w:rsid w:val="00240C17"/>
    <w:rsid w:val="0029639D"/>
    <w:rsid w:val="00326F90"/>
    <w:rsid w:val="008F00C8"/>
    <w:rsid w:val="0090739C"/>
    <w:rsid w:val="009D0D05"/>
    <w:rsid w:val="00A24528"/>
    <w:rsid w:val="00AA1D8D"/>
    <w:rsid w:val="00B3344F"/>
    <w:rsid w:val="00B47730"/>
    <w:rsid w:val="00CB0664"/>
    <w:rsid w:val="00D7647F"/>
    <w:rsid w:val="00E16E80"/>
    <w:rsid w:val="00F377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9973BC"/>
  <w14:defaultImageDpi w14:val="300"/>
  <w15:docId w15:val="{CEEDF5D0-7DF4-4CCC-8611-99EFA3A48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9" w:lineRule="auto"/>
      <w:jc w:val="both"/>
    </w:pPr>
    <w:rPr>
      <w:rFonts w:ascii="Arial" w:hAnsi="Arial"/>
      <w:color w:val="1F1F1F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tabs>
        <w:tab w:val="num" w:pos="360"/>
      </w:tabs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tabs>
        <w:tab w:val="num" w:pos="360"/>
      </w:tabs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tabs>
        <w:tab w:val="num" w:pos="360"/>
      </w:tabs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tabs>
        <w:tab w:val="num" w:pos="360"/>
      </w:tabs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tabs>
        <w:tab w:val="num" w:pos="360"/>
      </w:tabs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Incarico professionale assistente sociale - affido familiare</dc:subject>
  <dc:creator>Comune di Bolano - ATS 17</dc:creator>
  <cp:keywords>affido familiare; assistente sociale; ATS 17; art. 7 comma 6</cp:keywords>
  <dc:description>generated by python-docx</dc:description>
  <cp:lastModifiedBy>Niccolò Biggi</cp:lastModifiedBy>
  <cp:revision>4</cp:revision>
  <dcterms:created xsi:type="dcterms:W3CDTF">2013-12-23T23:15:00Z</dcterms:created>
  <dcterms:modified xsi:type="dcterms:W3CDTF">2026-10-19T05:54:00Z</dcterms:modified>
  <cp:category/>
</cp:coreProperties>
</file>