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FF30A" w14:textId="0556F420" w:rsidR="004B415A" w:rsidRDefault="00B5301B">
      <w:pPr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314D8299" wp14:editId="3C042046">
            <wp:extent cx="475615" cy="951230"/>
            <wp:effectExtent l="0" t="0" r="635" b="1270"/>
            <wp:docPr id="74897064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84B43F" w14:textId="35988062" w:rsidR="006750F8" w:rsidRPr="006216E2" w:rsidRDefault="00765FD4" w:rsidP="004B415A">
      <w:pPr>
        <w:jc w:val="center"/>
        <w:rPr>
          <w:lang w:val="it-IT"/>
        </w:rPr>
      </w:pPr>
      <w:r w:rsidRPr="006216E2">
        <w:rPr>
          <w:b/>
          <w:sz w:val="28"/>
          <w:lang w:val="it-IT"/>
        </w:rPr>
        <w:t>COMUNE DI TARANTO</w:t>
      </w:r>
    </w:p>
    <w:p w14:paraId="3207EFE2" w14:textId="5D62A7F2" w:rsidR="004B415A" w:rsidRPr="006216E2" w:rsidRDefault="004B415A" w:rsidP="004B415A">
      <w:pPr>
        <w:jc w:val="center"/>
        <w:rPr>
          <w:lang w:val="it-IT"/>
        </w:rPr>
      </w:pPr>
      <w:r w:rsidRPr="006216E2">
        <w:rPr>
          <w:lang w:val="it-IT"/>
        </w:rPr>
        <w:t>DIREZIONE POLIZIA</w:t>
      </w:r>
    </w:p>
    <w:p w14:paraId="6C03AEF3" w14:textId="77777777" w:rsidR="006750F8" w:rsidRPr="006216E2" w:rsidRDefault="00765FD4">
      <w:pPr>
        <w:jc w:val="center"/>
        <w:rPr>
          <w:lang w:val="it-IT"/>
        </w:rPr>
      </w:pPr>
      <w:r w:rsidRPr="006216E2">
        <w:rPr>
          <w:b/>
          <w:lang w:val="it-IT"/>
        </w:rPr>
        <w:t>MODULO DI DELEGA PER IL RITIRO DEL CONTRASSEGNO UNIFICATO DISABILI EUROPEO — C.U.D.E.</w:t>
      </w:r>
    </w:p>
    <w:p w14:paraId="26514CA9" w14:textId="24D4A6DB" w:rsidR="006750F8" w:rsidRPr="006216E2" w:rsidRDefault="00765FD4" w:rsidP="00E14E83">
      <w:pPr>
        <w:jc w:val="both"/>
        <w:rPr>
          <w:lang w:val="it-IT"/>
        </w:rPr>
      </w:pPr>
      <w:r w:rsidRPr="006216E2">
        <w:rPr>
          <w:lang w:val="it-IT"/>
        </w:rPr>
        <w:t>Il/La sottoscritto/a _______________________________________________</w:t>
      </w:r>
      <w:r w:rsidR="00E14E83" w:rsidRPr="006216E2">
        <w:rPr>
          <w:lang w:val="it-IT"/>
        </w:rPr>
        <w:t>___________</w:t>
      </w:r>
    </w:p>
    <w:p w14:paraId="17F6C5B7" w14:textId="393D39E6" w:rsidR="006750F8" w:rsidRPr="006216E2" w:rsidRDefault="00765FD4" w:rsidP="00E14E83">
      <w:pPr>
        <w:jc w:val="both"/>
        <w:rPr>
          <w:lang w:val="it-IT"/>
        </w:rPr>
      </w:pPr>
      <w:r w:rsidRPr="006216E2">
        <w:rPr>
          <w:lang w:val="it-IT"/>
        </w:rPr>
        <w:t xml:space="preserve">nato/a </w:t>
      </w:r>
      <w:proofErr w:type="spellStart"/>
      <w:r w:rsidRPr="006216E2">
        <w:rPr>
          <w:lang w:val="it-IT"/>
        </w:rPr>
        <w:t>a</w:t>
      </w:r>
      <w:proofErr w:type="spellEnd"/>
      <w:r w:rsidRPr="006216E2">
        <w:rPr>
          <w:lang w:val="it-IT"/>
        </w:rPr>
        <w:t xml:space="preserve"> ______________________________ il ____ / ____ / ___</w:t>
      </w:r>
    </w:p>
    <w:p w14:paraId="710BBA8B" w14:textId="65582AD6" w:rsidR="006750F8" w:rsidRPr="006216E2" w:rsidRDefault="00765FD4" w:rsidP="00E14E83">
      <w:pPr>
        <w:jc w:val="both"/>
        <w:rPr>
          <w:lang w:val="it-IT"/>
        </w:rPr>
      </w:pPr>
      <w:r w:rsidRPr="006216E2">
        <w:rPr>
          <w:lang w:val="it-IT"/>
        </w:rPr>
        <w:t xml:space="preserve">residente in ____________________________ via/piazza _____________________________ n. </w:t>
      </w:r>
      <w:r w:rsidR="00E14E83" w:rsidRPr="006216E2">
        <w:rPr>
          <w:lang w:val="it-IT"/>
        </w:rPr>
        <w:t>__</w:t>
      </w:r>
    </w:p>
    <w:p w14:paraId="6A00681F" w14:textId="63937411" w:rsidR="006750F8" w:rsidRPr="006216E2" w:rsidRDefault="00765FD4" w:rsidP="00E14E83">
      <w:pPr>
        <w:jc w:val="both"/>
        <w:rPr>
          <w:lang w:val="it-IT"/>
        </w:rPr>
      </w:pPr>
      <w:r w:rsidRPr="006216E2">
        <w:rPr>
          <w:lang w:val="it-IT"/>
        </w:rPr>
        <w:t>codice fiscale _______________________________________________</w:t>
      </w:r>
      <w:r w:rsidR="00E14E83" w:rsidRPr="006216E2">
        <w:rPr>
          <w:lang w:val="it-IT"/>
        </w:rPr>
        <w:t>____________________</w:t>
      </w:r>
    </w:p>
    <w:p w14:paraId="2CA75065" w14:textId="4B608B42" w:rsidR="006750F8" w:rsidRPr="006216E2" w:rsidRDefault="00765FD4" w:rsidP="00E14E83">
      <w:pPr>
        <w:jc w:val="both"/>
        <w:rPr>
          <w:lang w:val="it-IT"/>
        </w:rPr>
      </w:pPr>
      <w:r w:rsidRPr="006216E2">
        <w:rPr>
          <w:lang w:val="it-IT"/>
        </w:rPr>
        <w:t>documento di identità n. __________________________ rilasciato da</w:t>
      </w:r>
      <w:r w:rsidR="00E14E83" w:rsidRPr="006216E2">
        <w:rPr>
          <w:lang w:val="it-IT"/>
        </w:rPr>
        <w:t xml:space="preserve"> </w:t>
      </w:r>
      <w:r w:rsidRPr="006216E2">
        <w:rPr>
          <w:lang w:val="it-IT"/>
        </w:rPr>
        <w:t>__________________________</w:t>
      </w:r>
    </w:p>
    <w:p w14:paraId="5D2ADCBB" w14:textId="77777777" w:rsidR="006750F8" w:rsidRPr="006216E2" w:rsidRDefault="00765FD4">
      <w:pPr>
        <w:rPr>
          <w:lang w:val="it-IT"/>
        </w:rPr>
      </w:pPr>
      <w:r w:rsidRPr="006216E2">
        <w:rPr>
          <w:lang w:val="it-IT"/>
        </w:rPr>
        <w:t>in qualità di:</w:t>
      </w:r>
    </w:p>
    <w:p w14:paraId="5062C840" w14:textId="77777777" w:rsidR="006750F8" w:rsidRPr="006216E2" w:rsidRDefault="00765FD4">
      <w:pPr>
        <w:rPr>
          <w:lang w:val="it-IT"/>
        </w:rPr>
      </w:pPr>
      <w:r w:rsidRPr="006216E2">
        <w:rPr>
          <w:lang w:val="it-IT"/>
        </w:rPr>
        <w:t>☐ intestatario/a del C.U.D.E.</w:t>
      </w:r>
    </w:p>
    <w:p w14:paraId="78A922AD" w14:textId="77777777" w:rsidR="006750F8" w:rsidRPr="006216E2" w:rsidRDefault="00765FD4">
      <w:pPr>
        <w:rPr>
          <w:lang w:val="it-IT"/>
        </w:rPr>
      </w:pPr>
      <w:r w:rsidRPr="006216E2">
        <w:rPr>
          <w:lang w:val="it-IT"/>
        </w:rPr>
        <w:t>☐ esercente la responsabilità genitoriale</w:t>
      </w:r>
    </w:p>
    <w:p w14:paraId="0BA4487A" w14:textId="77777777" w:rsidR="006750F8" w:rsidRPr="006216E2" w:rsidRDefault="00765FD4">
      <w:pPr>
        <w:rPr>
          <w:lang w:val="it-IT"/>
        </w:rPr>
      </w:pPr>
      <w:r w:rsidRPr="006216E2">
        <w:rPr>
          <w:lang w:val="it-IT"/>
        </w:rPr>
        <w:t>☐ tutore</w:t>
      </w:r>
    </w:p>
    <w:p w14:paraId="387D2D17" w14:textId="77777777" w:rsidR="006750F8" w:rsidRPr="006216E2" w:rsidRDefault="00765FD4">
      <w:pPr>
        <w:rPr>
          <w:lang w:val="it-IT"/>
        </w:rPr>
      </w:pPr>
      <w:r w:rsidRPr="006216E2">
        <w:rPr>
          <w:lang w:val="it-IT"/>
        </w:rPr>
        <w:t>☐ amministratore di sostegno</w:t>
      </w:r>
    </w:p>
    <w:p w14:paraId="35378ABF" w14:textId="77777777" w:rsidR="006750F8" w:rsidRPr="006216E2" w:rsidRDefault="00765FD4">
      <w:pPr>
        <w:rPr>
          <w:lang w:val="it-IT"/>
        </w:rPr>
      </w:pPr>
      <w:r w:rsidRPr="006216E2">
        <w:rPr>
          <w:lang w:val="it-IT"/>
        </w:rPr>
        <w:t>☐ coniuge convivente</w:t>
      </w:r>
    </w:p>
    <w:p w14:paraId="2ED28E7D" w14:textId="77777777" w:rsidR="006750F8" w:rsidRPr="006216E2" w:rsidRDefault="00765FD4">
      <w:pPr>
        <w:rPr>
          <w:lang w:val="it-IT"/>
        </w:rPr>
      </w:pPr>
      <w:r w:rsidRPr="006216E2">
        <w:rPr>
          <w:lang w:val="it-IT"/>
        </w:rPr>
        <w:t>☐ discendente diretto di primo grado convivente</w:t>
      </w:r>
    </w:p>
    <w:p w14:paraId="5EB127BA" w14:textId="77777777" w:rsidR="006750F8" w:rsidRPr="006216E2" w:rsidRDefault="00765FD4">
      <w:pPr>
        <w:rPr>
          <w:lang w:val="it-IT"/>
        </w:rPr>
      </w:pPr>
      <w:r w:rsidRPr="006216E2">
        <w:rPr>
          <w:lang w:val="it-IT"/>
        </w:rPr>
        <w:t>☐ altro titolo legittimante: _______________________________________</w:t>
      </w:r>
    </w:p>
    <w:p w14:paraId="41B05143" w14:textId="77777777" w:rsidR="006750F8" w:rsidRPr="006216E2" w:rsidRDefault="00765FD4">
      <w:pPr>
        <w:rPr>
          <w:lang w:val="it-IT"/>
        </w:rPr>
      </w:pPr>
      <w:r w:rsidRPr="006216E2">
        <w:rPr>
          <w:lang w:val="it-IT"/>
        </w:rPr>
        <w:t>relativamente alla richiesta/rilascio del C.U.D.E. intestato a:</w:t>
      </w:r>
    </w:p>
    <w:p w14:paraId="242A5A52" w14:textId="77777777" w:rsidR="006750F8" w:rsidRPr="006216E2" w:rsidRDefault="00765FD4">
      <w:pPr>
        <w:rPr>
          <w:lang w:val="it-IT"/>
        </w:rPr>
      </w:pPr>
      <w:r w:rsidRPr="006216E2">
        <w:rPr>
          <w:lang w:val="it-IT"/>
        </w:rPr>
        <w:t>Sig./Sig.ra _______________________________________________</w:t>
      </w:r>
    </w:p>
    <w:p w14:paraId="07D7D39C" w14:textId="77777777" w:rsidR="006750F8" w:rsidRPr="006216E2" w:rsidRDefault="00765FD4">
      <w:pPr>
        <w:rPr>
          <w:lang w:val="it-IT"/>
        </w:rPr>
      </w:pPr>
      <w:r w:rsidRPr="006216E2">
        <w:rPr>
          <w:lang w:val="it-IT"/>
        </w:rPr>
        <w:t xml:space="preserve">nato/a </w:t>
      </w:r>
      <w:proofErr w:type="spellStart"/>
      <w:r w:rsidRPr="006216E2">
        <w:rPr>
          <w:lang w:val="it-IT"/>
        </w:rPr>
        <w:t>a</w:t>
      </w:r>
      <w:proofErr w:type="spellEnd"/>
      <w:r w:rsidRPr="006216E2">
        <w:rPr>
          <w:lang w:val="it-IT"/>
        </w:rPr>
        <w:t xml:space="preserve"> ______________________________ il ____ / ____ / ______</w:t>
      </w:r>
    </w:p>
    <w:p w14:paraId="7DDDB6A6" w14:textId="77777777" w:rsidR="006750F8" w:rsidRPr="006216E2" w:rsidRDefault="006750F8">
      <w:pPr>
        <w:rPr>
          <w:lang w:val="it-IT"/>
        </w:rPr>
      </w:pPr>
    </w:p>
    <w:p w14:paraId="3DB4FA3D" w14:textId="77777777" w:rsidR="006750F8" w:rsidRPr="006216E2" w:rsidRDefault="00765FD4">
      <w:pPr>
        <w:jc w:val="center"/>
        <w:rPr>
          <w:lang w:val="it-IT"/>
        </w:rPr>
      </w:pPr>
      <w:r w:rsidRPr="006216E2">
        <w:rPr>
          <w:b/>
          <w:sz w:val="26"/>
          <w:lang w:val="it-IT"/>
        </w:rPr>
        <w:t>DELEGA</w:t>
      </w:r>
    </w:p>
    <w:p w14:paraId="62F0BA6B" w14:textId="77777777" w:rsidR="006750F8" w:rsidRPr="006216E2" w:rsidRDefault="00765FD4">
      <w:pPr>
        <w:rPr>
          <w:lang w:val="it-IT"/>
        </w:rPr>
      </w:pPr>
      <w:r w:rsidRPr="006216E2">
        <w:rPr>
          <w:lang w:val="it-IT"/>
        </w:rPr>
        <w:lastRenderedPageBreak/>
        <w:t>il/la Sig./Sig.ra _______________________________________________</w:t>
      </w:r>
    </w:p>
    <w:p w14:paraId="482C86EB" w14:textId="77777777" w:rsidR="006750F8" w:rsidRPr="006216E2" w:rsidRDefault="00765FD4">
      <w:pPr>
        <w:rPr>
          <w:lang w:val="it-IT"/>
        </w:rPr>
      </w:pPr>
      <w:r w:rsidRPr="006216E2">
        <w:rPr>
          <w:lang w:val="it-IT"/>
        </w:rPr>
        <w:t xml:space="preserve">nato/a </w:t>
      </w:r>
      <w:proofErr w:type="spellStart"/>
      <w:r w:rsidRPr="006216E2">
        <w:rPr>
          <w:lang w:val="it-IT"/>
        </w:rPr>
        <w:t>a</w:t>
      </w:r>
      <w:proofErr w:type="spellEnd"/>
      <w:r w:rsidRPr="006216E2">
        <w:rPr>
          <w:lang w:val="it-IT"/>
        </w:rPr>
        <w:t xml:space="preserve"> ______________________________ il ____ / ____ / ______</w:t>
      </w:r>
    </w:p>
    <w:p w14:paraId="6F40BC5C" w14:textId="77777777" w:rsidR="006750F8" w:rsidRPr="006216E2" w:rsidRDefault="00765FD4">
      <w:pPr>
        <w:rPr>
          <w:lang w:val="it-IT"/>
        </w:rPr>
      </w:pPr>
      <w:r w:rsidRPr="006216E2">
        <w:rPr>
          <w:lang w:val="it-IT"/>
        </w:rPr>
        <w:t>residente in _____________________________ via/piazza ______________________________ n. _____</w:t>
      </w:r>
    </w:p>
    <w:p w14:paraId="55ABD46D" w14:textId="79B7325B" w:rsidR="006750F8" w:rsidRPr="006216E2" w:rsidRDefault="00765FD4">
      <w:pPr>
        <w:rPr>
          <w:lang w:val="it-IT"/>
        </w:rPr>
      </w:pPr>
      <w:r w:rsidRPr="006216E2">
        <w:rPr>
          <w:lang w:val="it-IT"/>
        </w:rPr>
        <w:t>codice fiscale _______________________________________________</w:t>
      </w:r>
      <w:r w:rsidR="00E14E83" w:rsidRPr="006216E2">
        <w:rPr>
          <w:lang w:val="it-IT"/>
        </w:rPr>
        <w:t xml:space="preserve"> </w:t>
      </w:r>
      <w:r w:rsidRPr="006216E2">
        <w:rPr>
          <w:lang w:val="it-IT"/>
        </w:rPr>
        <w:t>documento di identità n. __________________________ rilasciato da __________________________</w:t>
      </w:r>
    </w:p>
    <w:p w14:paraId="3C013FF3" w14:textId="77777777" w:rsidR="006750F8" w:rsidRPr="006216E2" w:rsidRDefault="00765FD4">
      <w:pPr>
        <w:rPr>
          <w:lang w:val="it-IT"/>
        </w:rPr>
      </w:pPr>
      <w:r w:rsidRPr="006216E2">
        <w:rPr>
          <w:b/>
          <w:bCs/>
          <w:lang w:val="it-IT"/>
        </w:rPr>
        <w:t>a ritirare</w:t>
      </w:r>
      <w:r w:rsidRPr="006216E2">
        <w:rPr>
          <w:lang w:val="it-IT"/>
        </w:rPr>
        <w:t xml:space="preserve"> presso il Comando di Polizia Locale del Comune di Taranto il Contrassegno Unificato Disabili Europeo — C.U.D.E.</w:t>
      </w:r>
    </w:p>
    <w:p w14:paraId="563EB38D" w14:textId="77777777" w:rsidR="006750F8" w:rsidRPr="006216E2" w:rsidRDefault="00765FD4">
      <w:pPr>
        <w:rPr>
          <w:lang w:val="it-IT"/>
        </w:rPr>
      </w:pPr>
      <w:r w:rsidRPr="006216E2">
        <w:rPr>
          <w:b/>
          <w:lang w:val="it-IT"/>
        </w:rPr>
        <w:t>Documenti allegati</w:t>
      </w:r>
    </w:p>
    <w:p w14:paraId="3E7B0EA6" w14:textId="77777777" w:rsidR="006750F8" w:rsidRPr="006216E2" w:rsidRDefault="00765FD4">
      <w:pPr>
        <w:rPr>
          <w:lang w:val="it-IT"/>
        </w:rPr>
      </w:pPr>
      <w:r w:rsidRPr="006216E2">
        <w:rPr>
          <w:lang w:val="it-IT"/>
        </w:rPr>
        <w:t>☐ copia del documento di identità del delegante;</w:t>
      </w:r>
    </w:p>
    <w:p w14:paraId="11EDDBC3" w14:textId="77777777" w:rsidR="006750F8" w:rsidRPr="006216E2" w:rsidRDefault="00765FD4">
      <w:pPr>
        <w:rPr>
          <w:lang w:val="it-IT"/>
        </w:rPr>
      </w:pPr>
      <w:r w:rsidRPr="006216E2">
        <w:rPr>
          <w:lang w:val="it-IT"/>
        </w:rPr>
        <w:t>☐ copia del documento di identità del titolare del C.U.D.E., se diverso dal delegante;</w:t>
      </w:r>
    </w:p>
    <w:p w14:paraId="6D147911" w14:textId="77777777" w:rsidR="006750F8" w:rsidRPr="006216E2" w:rsidRDefault="00765FD4">
      <w:pPr>
        <w:rPr>
          <w:lang w:val="it-IT"/>
        </w:rPr>
      </w:pPr>
      <w:r w:rsidRPr="006216E2">
        <w:rPr>
          <w:lang w:val="it-IT"/>
        </w:rPr>
        <w:t>☐ copia del documento di identità del delegato, da esibire anche in originale al momento del ritiro;</w:t>
      </w:r>
    </w:p>
    <w:p w14:paraId="457567FA" w14:textId="77777777" w:rsidR="006750F8" w:rsidRPr="006216E2" w:rsidRDefault="00765FD4">
      <w:pPr>
        <w:rPr>
          <w:lang w:val="it-IT"/>
        </w:rPr>
      </w:pPr>
      <w:r w:rsidRPr="006216E2">
        <w:rPr>
          <w:lang w:val="it-IT"/>
        </w:rPr>
        <w:t>☐ eventuale documentazione attestante il titolo di legittimazione del delegante;</w:t>
      </w:r>
    </w:p>
    <w:p w14:paraId="4422C3C0" w14:textId="77777777" w:rsidR="006750F8" w:rsidRPr="006216E2" w:rsidRDefault="00765FD4">
      <w:pPr>
        <w:rPr>
          <w:lang w:val="it-IT"/>
        </w:rPr>
      </w:pPr>
      <w:r w:rsidRPr="006216E2">
        <w:rPr>
          <w:lang w:val="it-IT"/>
        </w:rPr>
        <w:t>☐ altro: _______________________________________________.</w:t>
      </w:r>
    </w:p>
    <w:p w14:paraId="4F7155C2" w14:textId="77777777" w:rsidR="006750F8" w:rsidRPr="006216E2" w:rsidRDefault="00765FD4">
      <w:pPr>
        <w:rPr>
          <w:lang w:val="it-IT"/>
        </w:rPr>
      </w:pPr>
      <w:r w:rsidRPr="006216E2">
        <w:rPr>
          <w:b/>
          <w:lang w:val="it-IT"/>
        </w:rPr>
        <w:t>Dichiarazioni</w:t>
      </w:r>
    </w:p>
    <w:p w14:paraId="49F3C3CD" w14:textId="77777777" w:rsidR="006750F8" w:rsidRPr="006216E2" w:rsidRDefault="00765FD4">
      <w:pPr>
        <w:rPr>
          <w:lang w:val="it-IT"/>
        </w:rPr>
      </w:pPr>
      <w:r w:rsidRPr="006216E2">
        <w:rPr>
          <w:lang w:val="it-IT"/>
        </w:rPr>
        <w:t>- di essere consapevole che il C.U.D.E. è strettamente personale;</w:t>
      </w:r>
    </w:p>
    <w:p w14:paraId="27AB5E86" w14:textId="77777777" w:rsidR="006750F8" w:rsidRPr="006216E2" w:rsidRDefault="00765FD4">
      <w:pPr>
        <w:rPr>
          <w:lang w:val="it-IT"/>
        </w:rPr>
      </w:pPr>
      <w:r w:rsidRPr="006216E2">
        <w:rPr>
          <w:lang w:val="it-IT"/>
        </w:rPr>
        <w:t>- di essere consapevole che il C.U.D.E. può essere utilizzato esclusivamente in presenza del titolare;</w:t>
      </w:r>
    </w:p>
    <w:p w14:paraId="7456065B" w14:textId="47B6CB9F" w:rsidR="006750F8" w:rsidRPr="006216E2" w:rsidRDefault="00765FD4">
      <w:pPr>
        <w:rPr>
          <w:lang w:val="it-IT"/>
        </w:rPr>
      </w:pPr>
      <w:r w:rsidRPr="006216E2">
        <w:rPr>
          <w:lang w:val="it-IT"/>
        </w:rPr>
        <w:t>- di essere consapevole delle responsabilità derivanti da dichiarazioni mendaci, uso improprio del contrassegno o utilizzo non conforme alla normativa vigente</w:t>
      </w:r>
      <w:r w:rsidR="006216E2">
        <w:rPr>
          <w:lang w:val="it-IT"/>
        </w:rPr>
        <w:t>, ai sensi del DPR n. 445/2000</w:t>
      </w:r>
      <w:r w:rsidRPr="006216E2">
        <w:rPr>
          <w:lang w:val="it-IT"/>
        </w:rPr>
        <w:t>;</w:t>
      </w:r>
    </w:p>
    <w:p w14:paraId="233EBC6F" w14:textId="0C483E8A" w:rsidR="006750F8" w:rsidRPr="006216E2" w:rsidRDefault="00765FD4">
      <w:pPr>
        <w:rPr>
          <w:lang w:val="it-IT"/>
        </w:rPr>
      </w:pPr>
      <w:r w:rsidRPr="006216E2">
        <w:rPr>
          <w:lang w:val="it-IT"/>
        </w:rPr>
        <w:t>- di autorizzare il trattamento dei dati personali ai fini dell’espletamento del procedimento amministrativo relativo al rilascio e ritiro del C.U.D.E.</w:t>
      </w:r>
      <w:r w:rsidR="006216E2" w:rsidRPr="006216E2">
        <w:rPr>
          <w:lang w:val="it-IT"/>
        </w:rPr>
        <w:t xml:space="preserve"> ai sensi del Reg. UE GDPR (Regolamento UE 2016/679</w:t>
      </w:r>
      <w:proofErr w:type="gramStart"/>
      <w:r w:rsidR="006216E2" w:rsidRPr="006216E2">
        <w:rPr>
          <w:lang w:val="it-IT"/>
        </w:rPr>
        <w:t>) .</w:t>
      </w:r>
      <w:proofErr w:type="gramEnd"/>
    </w:p>
    <w:p w14:paraId="122E33C0" w14:textId="77777777" w:rsidR="006750F8" w:rsidRPr="006216E2" w:rsidRDefault="00765FD4">
      <w:pPr>
        <w:rPr>
          <w:lang w:val="it-IT"/>
        </w:rPr>
      </w:pPr>
      <w:r w:rsidRPr="006216E2">
        <w:rPr>
          <w:lang w:val="it-IT"/>
        </w:rPr>
        <w:t>Taranto, lì ____ / ____ / ______</w:t>
      </w:r>
    </w:p>
    <w:p w14:paraId="0F518B06" w14:textId="77777777" w:rsidR="006750F8" w:rsidRPr="006216E2" w:rsidRDefault="00765FD4" w:rsidP="006216E2">
      <w:pPr>
        <w:jc w:val="center"/>
        <w:rPr>
          <w:lang w:val="it-IT"/>
        </w:rPr>
      </w:pPr>
      <w:r w:rsidRPr="006216E2">
        <w:rPr>
          <w:lang w:val="it-IT"/>
        </w:rPr>
        <w:t>Firma del delegante</w:t>
      </w:r>
      <w:r w:rsidRPr="006216E2">
        <w:rPr>
          <w:lang w:val="it-IT"/>
        </w:rPr>
        <w:br/>
        <w:t>_________________________________</w:t>
      </w:r>
    </w:p>
    <w:p w14:paraId="464F1369" w14:textId="77777777" w:rsidR="006750F8" w:rsidRPr="006216E2" w:rsidRDefault="006750F8" w:rsidP="006216E2">
      <w:pPr>
        <w:jc w:val="center"/>
        <w:rPr>
          <w:lang w:val="it-IT"/>
        </w:rPr>
      </w:pPr>
    </w:p>
    <w:p w14:paraId="62A87FC1" w14:textId="77777777" w:rsidR="006750F8" w:rsidRPr="006216E2" w:rsidRDefault="00765FD4" w:rsidP="006216E2">
      <w:pPr>
        <w:jc w:val="center"/>
        <w:rPr>
          <w:lang w:val="it-IT"/>
        </w:rPr>
      </w:pPr>
      <w:r w:rsidRPr="006216E2">
        <w:rPr>
          <w:lang w:val="it-IT"/>
        </w:rPr>
        <w:t>Firma del delegato per ricevuta</w:t>
      </w:r>
      <w:r w:rsidRPr="006216E2">
        <w:rPr>
          <w:lang w:val="it-IT"/>
        </w:rPr>
        <w:br/>
        <w:t>_________________________________</w:t>
      </w:r>
    </w:p>
    <w:p w14:paraId="233B0295" w14:textId="77777777" w:rsidR="006216E2" w:rsidRDefault="006216E2" w:rsidP="006216E2">
      <w:pPr>
        <w:jc w:val="center"/>
        <w:rPr>
          <w:lang w:val="it-IT"/>
        </w:rPr>
      </w:pPr>
    </w:p>
    <w:p w14:paraId="7539FC6E" w14:textId="4AAE7E95" w:rsidR="006750F8" w:rsidRPr="006216E2" w:rsidRDefault="004B415A">
      <w:pPr>
        <w:rPr>
          <w:lang w:val="it-IT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D48FB4" wp14:editId="6B6EC98C">
                <wp:simplePos x="0" y="0"/>
                <wp:positionH relativeFrom="column">
                  <wp:posOffset>-77470</wp:posOffset>
                </wp:positionH>
                <wp:positionV relativeFrom="paragraph">
                  <wp:posOffset>262890</wp:posOffset>
                </wp:positionV>
                <wp:extent cx="6334125" cy="2600325"/>
                <wp:effectExtent l="0" t="0" r="28575" b="28575"/>
                <wp:wrapNone/>
                <wp:docPr id="1584002137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4125" cy="2600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9DE504" w14:textId="77777777" w:rsidR="004B415A" w:rsidRPr="004B415A" w:rsidRDefault="004B415A" w:rsidP="004B415A">
                            <w:pPr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1932D59B" w14:textId="397B2DEE" w:rsidR="004B415A" w:rsidRPr="006216E2" w:rsidRDefault="004B415A" w:rsidP="004B415A">
                            <w:pPr>
                              <w:rPr>
                                <w:lang w:val="it-IT"/>
                              </w:rPr>
                            </w:pPr>
                            <w:r w:rsidRPr="006216E2">
                              <w:rPr>
                                <w:b/>
                                <w:lang w:val="it-IT"/>
                              </w:rPr>
                              <w:t>Spazio riservato all’Ufficio</w:t>
                            </w:r>
                          </w:p>
                          <w:p w14:paraId="4E396749" w14:textId="77777777" w:rsidR="004B415A" w:rsidRPr="006216E2" w:rsidRDefault="004B415A" w:rsidP="004B415A">
                            <w:pPr>
                              <w:rPr>
                                <w:lang w:val="it-IT"/>
                              </w:rPr>
                            </w:pPr>
                            <w:r w:rsidRPr="006216E2">
                              <w:rPr>
                                <w:lang w:val="it-IT"/>
                              </w:rPr>
                              <w:t>C.U.D.E. n. __________________________</w:t>
                            </w:r>
                          </w:p>
                          <w:p w14:paraId="0B3C3C68" w14:textId="77777777" w:rsidR="004B415A" w:rsidRPr="006216E2" w:rsidRDefault="004B415A" w:rsidP="004B415A">
                            <w:pPr>
                              <w:rPr>
                                <w:lang w:val="it-IT"/>
                              </w:rPr>
                            </w:pPr>
                            <w:r w:rsidRPr="006216E2">
                              <w:rPr>
                                <w:lang w:val="it-IT"/>
                              </w:rPr>
                              <w:t>Consegnato in data ____ / ____ / ______</w:t>
                            </w:r>
                          </w:p>
                          <w:p w14:paraId="20E60FF0" w14:textId="77777777" w:rsidR="004B415A" w:rsidRPr="006216E2" w:rsidRDefault="004B415A" w:rsidP="004B415A">
                            <w:pPr>
                              <w:rPr>
                                <w:lang w:val="it-IT"/>
                              </w:rPr>
                            </w:pPr>
                            <w:r w:rsidRPr="006216E2">
                              <w:rPr>
                                <w:lang w:val="it-IT"/>
                              </w:rPr>
                              <w:t>Documento del delegato verificato: ☐ sì   ☐ no</w:t>
                            </w:r>
                          </w:p>
                          <w:p w14:paraId="34FE3FD5" w14:textId="77777777" w:rsidR="004B415A" w:rsidRPr="006216E2" w:rsidRDefault="004B415A" w:rsidP="004B415A">
                            <w:pPr>
                              <w:rPr>
                                <w:lang w:val="it-IT"/>
                              </w:rPr>
                            </w:pPr>
                            <w:r w:rsidRPr="006216E2">
                              <w:rPr>
                                <w:lang w:val="it-IT"/>
                              </w:rPr>
                              <w:t>Operatore incaricato __________________________________</w:t>
                            </w:r>
                          </w:p>
                          <w:p w14:paraId="18E39976" w14:textId="77777777" w:rsidR="004B415A" w:rsidRPr="006216E2" w:rsidRDefault="004B415A" w:rsidP="004B415A">
                            <w:pPr>
                              <w:rPr>
                                <w:lang w:val="it-IT"/>
                              </w:rPr>
                            </w:pPr>
                            <w:r w:rsidRPr="006216E2">
                              <w:rPr>
                                <w:lang w:val="it-IT"/>
                              </w:rPr>
                              <w:t>Firma per avvenuta consegna _________________________________</w:t>
                            </w:r>
                          </w:p>
                          <w:p w14:paraId="37677638" w14:textId="77777777" w:rsidR="004B415A" w:rsidRPr="006216E2" w:rsidRDefault="004B415A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D48FB4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-6.1pt;margin-top:20.7pt;width:498.75pt;height:20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" fillcolor="white [3201]" strokeweight=".5pt">
                <v:textbox>
                  <w:txbxContent>
                    <w:p w14:paraId="459DE504" w14:textId="77777777" w:rsidR="004B415A" w:rsidRPr="004B415A" w:rsidRDefault="004B415A" w:rsidP="004B415A">
                      <w:pPr>
                        <w:rPr>
                          <w:b/>
                          <w:sz w:val="10"/>
                          <w:szCs w:val="10"/>
                        </w:rPr>
                      </w:pPr>
                    </w:p>
                    <w:p w14:paraId="1932D59B" w14:textId="397B2DEE" w:rsidR="004B415A" w:rsidRPr="006216E2" w:rsidRDefault="004B415A" w:rsidP="004B415A">
                      <w:pPr>
                        <w:rPr>
                          <w:lang w:val="it-IT"/>
                        </w:rPr>
                      </w:pPr>
                      <w:r w:rsidRPr="006216E2">
                        <w:rPr>
                          <w:b/>
                          <w:lang w:val="it-IT"/>
                        </w:rPr>
                        <w:t>Spazio riservato all’Ufficio</w:t>
                      </w:r>
                    </w:p>
                    <w:p w14:paraId="4E396749" w14:textId="77777777" w:rsidR="004B415A" w:rsidRPr="006216E2" w:rsidRDefault="004B415A" w:rsidP="004B415A">
                      <w:pPr>
                        <w:rPr>
                          <w:lang w:val="it-IT"/>
                        </w:rPr>
                      </w:pPr>
                      <w:r w:rsidRPr="006216E2">
                        <w:rPr>
                          <w:lang w:val="it-IT"/>
                        </w:rPr>
                        <w:t>C.U.D.E. n. __________________________</w:t>
                      </w:r>
                    </w:p>
                    <w:p w14:paraId="0B3C3C68" w14:textId="77777777" w:rsidR="004B415A" w:rsidRPr="006216E2" w:rsidRDefault="004B415A" w:rsidP="004B415A">
                      <w:pPr>
                        <w:rPr>
                          <w:lang w:val="it-IT"/>
                        </w:rPr>
                      </w:pPr>
                      <w:r w:rsidRPr="006216E2">
                        <w:rPr>
                          <w:lang w:val="it-IT"/>
                        </w:rPr>
                        <w:t>Consegnato in data ____ / ____ / ______</w:t>
                      </w:r>
                    </w:p>
                    <w:p w14:paraId="20E60FF0" w14:textId="77777777" w:rsidR="004B415A" w:rsidRPr="006216E2" w:rsidRDefault="004B415A" w:rsidP="004B415A">
                      <w:pPr>
                        <w:rPr>
                          <w:lang w:val="it-IT"/>
                        </w:rPr>
                      </w:pPr>
                      <w:r w:rsidRPr="006216E2">
                        <w:rPr>
                          <w:lang w:val="it-IT"/>
                        </w:rPr>
                        <w:t>Documento del delegato verificato: ☐ sì   ☐ no</w:t>
                      </w:r>
                    </w:p>
                    <w:p w14:paraId="34FE3FD5" w14:textId="77777777" w:rsidR="004B415A" w:rsidRPr="006216E2" w:rsidRDefault="004B415A" w:rsidP="004B415A">
                      <w:pPr>
                        <w:rPr>
                          <w:lang w:val="it-IT"/>
                        </w:rPr>
                      </w:pPr>
                      <w:r w:rsidRPr="006216E2">
                        <w:rPr>
                          <w:lang w:val="it-IT"/>
                        </w:rPr>
                        <w:t>Operatore incaricato __________________________________</w:t>
                      </w:r>
                    </w:p>
                    <w:p w14:paraId="18E39976" w14:textId="77777777" w:rsidR="004B415A" w:rsidRPr="006216E2" w:rsidRDefault="004B415A" w:rsidP="004B415A">
                      <w:pPr>
                        <w:rPr>
                          <w:lang w:val="it-IT"/>
                        </w:rPr>
                      </w:pPr>
                      <w:r w:rsidRPr="006216E2">
                        <w:rPr>
                          <w:lang w:val="it-IT"/>
                        </w:rPr>
                        <w:t>Firma per avvenuta consegna _________________________________</w:t>
                      </w:r>
                    </w:p>
                    <w:p w14:paraId="37677638" w14:textId="77777777" w:rsidR="004B415A" w:rsidRPr="006216E2" w:rsidRDefault="004B415A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02D3E9" w14:textId="77777777" w:rsidR="004B415A" w:rsidRPr="006216E2" w:rsidRDefault="004B415A">
      <w:pPr>
        <w:rPr>
          <w:b/>
          <w:lang w:val="it-IT"/>
        </w:rPr>
      </w:pPr>
    </w:p>
    <w:p w14:paraId="0C367BB1" w14:textId="77777777" w:rsidR="004B415A" w:rsidRPr="006216E2" w:rsidRDefault="004B415A">
      <w:pPr>
        <w:rPr>
          <w:b/>
          <w:lang w:val="it-IT"/>
        </w:rPr>
      </w:pPr>
    </w:p>
    <w:p w14:paraId="5FE606EB" w14:textId="77777777" w:rsidR="004B415A" w:rsidRPr="006216E2" w:rsidRDefault="004B415A">
      <w:pPr>
        <w:rPr>
          <w:b/>
          <w:lang w:val="it-IT"/>
        </w:rPr>
      </w:pPr>
    </w:p>
    <w:p w14:paraId="3AB17765" w14:textId="77777777" w:rsidR="004B415A" w:rsidRPr="006216E2" w:rsidRDefault="004B415A">
      <w:pPr>
        <w:rPr>
          <w:b/>
          <w:lang w:val="it-IT"/>
        </w:rPr>
      </w:pPr>
    </w:p>
    <w:p w14:paraId="7F32CA95" w14:textId="77777777" w:rsidR="004B415A" w:rsidRPr="006216E2" w:rsidRDefault="004B415A">
      <w:pPr>
        <w:rPr>
          <w:b/>
          <w:lang w:val="it-IT"/>
        </w:rPr>
      </w:pPr>
    </w:p>
    <w:p w14:paraId="49EB06BB" w14:textId="77777777" w:rsidR="004B415A" w:rsidRPr="006216E2" w:rsidRDefault="004B415A">
      <w:pPr>
        <w:rPr>
          <w:b/>
          <w:lang w:val="it-IT"/>
        </w:rPr>
      </w:pPr>
    </w:p>
    <w:p w14:paraId="11F64C63" w14:textId="77777777" w:rsidR="004B415A" w:rsidRPr="006216E2" w:rsidRDefault="004B415A">
      <w:pPr>
        <w:rPr>
          <w:b/>
          <w:lang w:val="it-IT"/>
        </w:rPr>
      </w:pPr>
    </w:p>
    <w:p w14:paraId="31D4F07D" w14:textId="77777777" w:rsidR="004B415A" w:rsidRPr="006216E2" w:rsidRDefault="004B415A">
      <w:pPr>
        <w:rPr>
          <w:b/>
          <w:lang w:val="it-IT"/>
        </w:rPr>
      </w:pPr>
    </w:p>
    <w:p w14:paraId="077EC2EC" w14:textId="77777777" w:rsidR="004B415A" w:rsidRPr="006216E2" w:rsidRDefault="004B415A">
      <w:pPr>
        <w:rPr>
          <w:b/>
          <w:lang w:val="it-IT"/>
        </w:rPr>
      </w:pPr>
    </w:p>
    <w:p w14:paraId="540DC593" w14:textId="77777777" w:rsidR="004B415A" w:rsidRPr="006216E2" w:rsidRDefault="004B415A">
      <w:pPr>
        <w:rPr>
          <w:b/>
          <w:lang w:val="it-IT"/>
        </w:rPr>
      </w:pPr>
    </w:p>
    <w:p w14:paraId="30D9DEF9" w14:textId="45D8A690" w:rsidR="006750F8" w:rsidRPr="006216E2" w:rsidRDefault="006750F8">
      <w:pPr>
        <w:rPr>
          <w:lang w:val="it-IT"/>
        </w:rPr>
      </w:pPr>
    </w:p>
    <w:sectPr w:rsidR="006750F8" w:rsidRPr="006216E2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96481998">
    <w:abstractNumId w:val="8"/>
  </w:num>
  <w:num w:numId="2" w16cid:durableId="1708143067">
    <w:abstractNumId w:val="6"/>
  </w:num>
  <w:num w:numId="3" w16cid:durableId="2022119779">
    <w:abstractNumId w:val="5"/>
  </w:num>
  <w:num w:numId="4" w16cid:durableId="2135051227">
    <w:abstractNumId w:val="4"/>
  </w:num>
  <w:num w:numId="5" w16cid:durableId="48917851">
    <w:abstractNumId w:val="7"/>
  </w:num>
  <w:num w:numId="6" w16cid:durableId="466244976">
    <w:abstractNumId w:val="3"/>
  </w:num>
  <w:num w:numId="7" w16cid:durableId="1093479000">
    <w:abstractNumId w:val="2"/>
  </w:num>
  <w:num w:numId="8" w16cid:durableId="1247955327">
    <w:abstractNumId w:val="1"/>
  </w:num>
  <w:num w:numId="9" w16cid:durableId="1047489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30C36"/>
    <w:rsid w:val="00264C1F"/>
    <w:rsid w:val="0029639D"/>
    <w:rsid w:val="00326F90"/>
    <w:rsid w:val="004360F2"/>
    <w:rsid w:val="004B415A"/>
    <w:rsid w:val="006216E2"/>
    <w:rsid w:val="006750F8"/>
    <w:rsid w:val="006D1676"/>
    <w:rsid w:val="00765FD4"/>
    <w:rsid w:val="00A67C3E"/>
    <w:rsid w:val="00AA1D8D"/>
    <w:rsid w:val="00B47730"/>
    <w:rsid w:val="00B5301B"/>
    <w:rsid w:val="00CB0664"/>
    <w:rsid w:val="00E1252A"/>
    <w:rsid w:val="00E14E83"/>
    <w:rsid w:val="00E848A0"/>
    <w:rsid w:val="00F12C8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F82ECC44-0387-416F-96B8-DC6839731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302</Words>
  <Characters>2312</Characters>
  <Application>Microsoft Office Word</Application>
  <DocSecurity>0</DocSecurity>
  <Lines>64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Magrì</dc:creator>
  <cp:keywords/>
  <dc:description>generated by python-docx</dc:description>
  <cp:lastModifiedBy>Samuele Mongelli</cp:lastModifiedBy>
  <cp:revision>2</cp:revision>
  <cp:lastPrinted>2026-07-04T07:38:00Z</cp:lastPrinted>
  <dcterms:created xsi:type="dcterms:W3CDTF">2026-07-04T07:38:00Z</dcterms:created>
  <dcterms:modified xsi:type="dcterms:W3CDTF">2026-07-04T07:38:00Z</dcterms:modified>
  <cp:category/>
</cp:coreProperties>
</file>