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9A865" w14:textId="77777777" w:rsidR="00E72F74" w:rsidRPr="00C941B0" w:rsidRDefault="009006E1" w:rsidP="00C941B0">
      <w:pPr>
        <w:spacing w:after="0"/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ALLEGATO A</w:t>
      </w:r>
    </w:p>
    <w:p w14:paraId="41ADE19D" w14:textId="77777777" w:rsidR="00E72F74" w:rsidRPr="00C941B0" w:rsidRDefault="009006E1" w:rsidP="00C941B0">
      <w:pPr>
        <w:spacing w:after="0"/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MANIFESTAZIONE DI INTERESSE PER IL RICONOSCIMENTO DI UN INDENNIZZO “UNA TANTUM”</w:t>
      </w:r>
    </w:p>
    <w:p w14:paraId="46B52359" w14:textId="77777777" w:rsidR="00E72F74" w:rsidRPr="00C941B0" w:rsidRDefault="009006E1" w:rsidP="00C941B0">
      <w:pPr>
        <w:spacing w:after="0"/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IN FAVORE DEI PROPRIETARI O DETENTORI DI IMMOBILI AD USO PRIVATO DANNEGGIATI DAGLI EVENTI ALLUVIONALI VERIFICATISI TRA L’11 E IL 20 FEBBRAIO 2026</w:t>
      </w:r>
    </w:p>
    <w:p w14:paraId="2E19D99C" w14:textId="77777777"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14:paraId="30BE0C11" w14:textId="5A9E13B1" w:rsidR="00E72F74" w:rsidRPr="00C941B0" w:rsidRDefault="009006E1" w:rsidP="00C941B0">
      <w:pPr>
        <w:spacing w:after="0"/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Riferimento normativo: </w:t>
      </w:r>
      <w:r w:rsidRPr="00C941B0">
        <w:rPr>
          <w:rFonts w:cs="Arial"/>
          <w:sz w:val="20"/>
          <w:szCs w:val="20"/>
          <w:lang w:val="it-IT"/>
        </w:rPr>
        <w:t xml:space="preserve">Legge regionale n. </w:t>
      </w:r>
      <w:r w:rsidR="001B7EBC">
        <w:rPr>
          <w:rFonts w:cs="Arial"/>
          <w:sz w:val="20"/>
          <w:szCs w:val="20"/>
          <w:lang w:val="it-IT"/>
        </w:rPr>
        <w:t>32</w:t>
      </w:r>
      <w:r w:rsidRPr="00C941B0">
        <w:rPr>
          <w:rFonts w:cs="Arial"/>
          <w:sz w:val="20"/>
          <w:szCs w:val="20"/>
          <w:lang w:val="it-IT"/>
        </w:rPr>
        <w:t xml:space="preserve"> del </w:t>
      </w:r>
      <w:r w:rsidR="001B7EBC">
        <w:rPr>
          <w:rFonts w:cs="Arial"/>
          <w:sz w:val="20"/>
          <w:szCs w:val="20"/>
          <w:lang w:val="it-IT"/>
        </w:rPr>
        <w:t>7.10.2026</w:t>
      </w:r>
      <w:r w:rsidRPr="00C941B0">
        <w:rPr>
          <w:rFonts w:cs="Arial"/>
          <w:sz w:val="20"/>
          <w:szCs w:val="20"/>
          <w:lang w:val="it-IT"/>
        </w:rPr>
        <w:t>.</w:t>
      </w:r>
    </w:p>
    <w:p w14:paraId="05E1AC37" w14:textId="400A15BC" w:rsidR="00E72F74" w:rsidRPr="00C941B0" w:rsidRDefault="009006E1" w:rsidP="00C941B0">
      <w:pPr>
        <w:spacing w:after="0"/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Disposizione di riferimento: </w:t>
      </w:r>
      <w:r w:rsidRPr="00C941B0">
        <w:rPr>
          <w:rFonts w:cs="Arial"/>
          <w:sz w:val="20"/>
          <w:szCs w:val="20"/>
          <w:lang w:val="it-IT"/>
        </w:rPr>
        <w:t xml:space="preserve">art. </w:t>
      </w:r>
      <w:r w:rsidR="009C28E9">
        <w:rPr>
          <w:rFonts w:cs="Arial"/>
          <w:sz w:val="20"/>
          <w:szCs w:val="20"/>
          <w:lang w:val="it-IT"/>
        </w:rPr>
        <w:t>3</w:t>
      </w:r>
      <w:r w:rsidRPr="00C941B0">
        <w:rPr>
          <w:rFonts w:cs="Arial"/>
          <w:sz w:val="20"/>
          <w:szCs w:val="20"/>
          <w:lang w:val="it-IT"/>
        </w:rPr>
        <w:t xml:space="preserve"> / comma </w:t>
      </w:r>
      <w:r w:rsidR="009C28E9">
        <w:rPr>
          <w:rFonts w:cs="Arial"/>
          <w:sz w:val="20"/>
          <w:szCs w:val="20"/>
          <w:lang w:val="it-IT"/>
        </w:rPr>
        <w:t>8</w:t>
      </w:r>
      <w:r w:rsidRPr="00C941B0">
        <w:rPr>
          <w:rFonts w:cs="Arial"/>
          <w:sz w:val="20"/>
          <w:szCs w:val="20"/>
          <w:lang w:val="it-IT"/>
        </w:rPr>
        <w:t xml:space="preserve"> (da completare con gli estremi definitivi).</w:t>
      </w:r>
    </w:p>
    <w:p w14:paraId="3D986AC2" w14:textId="77777777"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14:paraId="024590CF" w14:textId="77777777" w:rsidR="00A1011C" w:rsidRPr="00C941B0" w:rsidRDefault="009006E1" w:rsidP="00A1011C">
      <w:pPr>
        <w:ind w:left="4320" w:firstLine="720"/>
        <w:rPr>
          <w:rFonts w:cs="Arial"/>
          <w:b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AL COMUNE DI </w:t>
      </w:r>
    </w:p>
    <w:p w14:paraId="1B4477D6" w14:textId="48C2E560" w:rsidR="00E72F74" w:rsidRPr="00C941B0" w:rsidRDefault="009C28E9" w:rsidP="00A1011C">
      <w:pPr>
        <w:ind w:left="4320" w:firstLine="720"/>
        <w:rPr>
          <w:rFonts w:cs="Arial"/>
          <w:sz w:val="20"/>
          <w:szCs w:val="20"/>
          <w:lang w:val="it-IT"/>
        </w:rPr>
      </w:pPr>
      <w:r>
        <w:rPr>
          <w:rFonts w:cs="Arial"/>
          <w:sz w:val="20"/>
          <w:szCs w:val="20"/>
          <w:lang w:val="it-IT"/>
        </w:rPr>
        <w:t>GUARDIA PIEMONTESE</w:t>
      </w:r>
    </w:p>
    <w:p w14:paraId="2CB5FAAD" w14:textId="77777777"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14:paraId="5C5E7F96" w14:textId="7DBEC31A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Il/La sottoscritto/a </w:t>
      </w:r>
      <w:r w:rsidRPr="00C941B0">
        <w:rPr>
          <w:rFonts w:cs="Arial"/>
          <w:sz w:val="20"/>
          <w:szCs w:val="20"/>
          <w:lang w:val="it-IT"/>
        </w:rPr>
        <w:t>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</w:t>
      </w:r>
      <w:r w:rsidRPr="00C941B0">
        <w:rPr>
          <w:rFonts w:cs="Arial"/>
          <w:sz w:val="20"/>
          <w:szCs w:val="20"/>
          <w:lang w:val="it-IT"/>
        </w:rPr>
        <w:t>_________</w:t>
      </w:r>
    </w:p>
    <w:p w14:paraId="305174EF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nato/a </w:t>
      </w:r>
      <w:proofErr w:type="spellStart"/>
      <w:r w:rsidRPr="00C941B0">
        <w:rPr>
          <w:rFonts w:cs="Arial"/>
          <w:b/>
          <w:sz w:val="20"/>
          <w:szCs w:val="20"/>
          <w:lang w:val="it-IT"/>
        </w:rPr>
        <w:t>a</w:t>
      </w:r>
      <w:proofErr w:type="spellEnd"/>
      <w:r w:rsidRPr="00C941B0">
        <w:rPr>
          <w:rFonts w:cs="Arial"/>
          <w:b/>
          <w:sz w:val="20"/>
          <w:szCs w:val="20"/>
          <w:lang w:val="it-IT"/>
        </w:rPr>
        <w:t xml:space="preserve"> </w:t>
      </w:r>
      <w:r w:rsidRPr="00C941B0">
        <w:rPr>
          <w:rFonts w:cs="Arial"/>
          <w:sz w:val="20"/>
          <w:szCs w:val="20"/>
          <w:lang w:val="it-IT"/>
        </w:rPr>
        <w:t>__________________________________ il __________________</w:t>
      </w:r>
    </w:p>
    <w:p w14:paraId="3FFFCDB1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C.F. </w:t>
      </w:r>
      <w:r w:rsidRPr="00C941B0">
        <w:rPr>
          <w:rFonts w:cs="Arial"/>
          <w:sz w:val="20"/>
          <w:szCs w:val="20"/>
          <w:lang w:val="it-IT"/>
        </w:rPr>
        <w:t>____________________________________________________________</w:t>
      </w:r>
    </w:p>
    <w:p w14:paraId="5382C31C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residente a </w:t>
      </w:r>
      <w:r w:rsidRPr="00C941B0">
        <w:rPr>
          <w:rFonts w:cs="Arial"/>
          <w:sz w:val="20"/>
          <w:szCs w:val="20"/>
          <w:lang w:val="it-IT"/>
        </w:rPr>
        <w:t>__________________________________ CAP ______________</w:t>
      </w:r>
    </w:p>
    <w:p w14:paraId="5A83F1C5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Via/Piazza </w:t>
      </w:r>
      <w:r w:rsidRPr="00C941B0">
        <w:rPr>
          <w:rFonts w:cs="Arial"/>
          <w:sz w:val="20"/>
          <w:szCs w:val="20"/>
          <w:lang w:val="it-IT"/>
        </w:rPr>
        <w:t>________________________________________ n. __________</w:t>
      </w:r>
    </w:p>
    <w:p w14:paraId="12DF024A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telefono </w:t>
      </w:r>
      <w:r w:rsidRPr="00C941B0">
        <w:rPr>
          <w:rFonts w:cs="Arial"/>
          <w:sz w:val="20"/>
          <w:szCs w:val="20"/>
          <w:lang w:val="it-IT"/>
        </w:rPr>
        <w:t>________________________</w:t>
      </w:r>
    </w:p>
    <w:p w14:paraId="10677DB1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e-mail/PEC </w:t>
      </w:r>
      <w:r w:rsidRPr="00C941B0">
        <w:rPr>
          <w:rFonts w:cs="Arial"/>
          <w:sz w:val="20"/>
          <w:szCs w:val="20"/>
          <w:lang w:val="it-IT"/>
        </w:rPr>
        <w:t>____________________________________________________</w:t>
      </w:r>
    </w:p>
    <w:p w14:paraId="6D4DBA9A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in qualità di:</w:t>
      </w:r>
    </w:p>
    <w:p w14:paraId="59FC94D7" w14:textId="77777777" w:rsidR="00E72F74" w:rsidRPr="00C941B0" w:rsidRDefault="009006E1" w:rsidP="00A1011C">
      <w:pPr>
        <w:ind w:left="283"/>
        <w:jc w:val="both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proprietario/a dell’immobile;</w:t>
      </w:r>
    </w:p>
    <w:p w14:paraId="4AC9025E" w14:textId="224999EB" w:rsidR="00C941B0" w:rsidRPr="00C941B0" w:rsidRDefault="009006E1" w:rsidP="00C941B0">
      <w:pPr>
        <w:ind w:left="283"/>
        <w:jc w:val="both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detentore/</w:t>
      </w:r>
      <w:proofErr w:type="spellStart"/>
      <w:r w:rsidRPr="00C941B0">
        <w:rPr>
          <w:rFonts w:cs="Arial"/>
          <w:sz w:val="20"/>
          <w:szCs w:val="20"/>
          <w:lang w:val="it-IT"/>
        </w:rPr>
        <w:t>trice</w:t>
      </w:r>
      <w:proofErr w:type="spellEnd"/>
      <w:r w:rsidRPr="00C941B0">
        <w:rPr>
          <w:rFonts w:cs="Arial"/>
          <w:sz w:val="20"/>
          <w:szCs w:val="20"/>
          <w:lang w:val="it-IT"/>
        </w:rPr>
        <w:t xml:space="preserve"> dell’immobile a titolo di ______________________________.</w:t>
      </w:r>
    </w:p>
    <w:p w14:paraId="36AD81F8" w14:textId="736D7FB4" w:rsidR="00E72F74" w:rsidRPr="00C941B0" w:rsidRDefault="009006E1" w:rsidP="00C941B0">
      <w:pPr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DATI DELL’IMMOBILE</w:t>
      </w:r>
    </w:p>
    <w:p w14:paraId="395FCB81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Comune </w:t>
      </w:r>
      <w:r w:rsidRPr="00C941B0">
        <w:rPr>
          <w:rFonts w:cs="Arial"/>
          <w:sz w:val="20"/>
          <w:szCs w:val="20"/>
          <w:lang w:val="it-IT"/>
        </w:rPr>
        <w:t>_______________________________________________</w:t>
      </w:r>
    </w:p>
    <w:p w14:paraId="2B0EE77C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Via/Piazza </w:t>
      </w:r>
      <w:r w:rsidRPr="00C941B0">
        <w:rPr>
          <w:rFonts w:cs="Arial"/>
          <w:sz w:val="20"/>
          <w:szCs w:val="20"/>
          <w:lang w:val="it-IT"/>
        </w:rPr>
        <w:t>________________________________ n. __________</w:t>
      </w:r>
    </w:p>
    <w:p w14:paraId="7B8B7FB3" w14:textId="369236B5" w:rsidR="00C941B0" w:rsidRPr="00C941B0" w:rsidRDefault="009006E1" w:rsidP="00C941B0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Foglio </w:t>
      </w:r>
      <w:r w:rsidRPr="00C941B0">
        <w:rPr>
          <w:rFonts w:cs="Arial"/>
          <w:sz w:val="20"/>
          <w:szCs w:val="20"/>
          <w:lang w:val="it-IT"/>
        </w:rPr>
        <w:t>____________</w:t>
      </w:r>
      <w:r w:rsidR="00C941B0">
        <w:rPr>
          <w:rFonts w:cs="Arial"/>
          <w:sz w:val="20"/>
          <w:szCs w:val="20"/>
          <w:lang w:val="it-IT"/>
        </w:rPr>
        <w:t xml:space="preserve"> </w:t>
      </w:r>
      <w:r w:rsidRPr="00C941B0">
        <w:rPr>
          <w:rFonts w:cs="Arial"/>
          <w:b/>
          <w:sz w:val="20"/>
          <w:szCs w:val="20"/>
          <w:lang w:val="it-IT"/>
        </w:rPr>
        <w:t xml:space="preserve">Particella </w:t>
      </w:r>
      <w:r w:rsidRPr="00C941B0">
        <w:rPr>
          <w:rFonts w:cs="Arial"/>
          <w:sz w:val="20"/>
          <w:szCs w:val="20"/>
          <w:lang w:val="it-IT"/>
        </w:rPr>
        <w:t>____________</w:t>
      </w:r>
      <w:r w:rsidR="00C941B0">
        <w:rPr>
          <w:rFonts w:cs="Arial"/>
          <w:sz w:val="20"/>
          <w:szCs w:val="20"/>
          <w:lang w:val="it-IT"/>
        </w:rPr>
        <w:t xml:space="preserve"> </w:t>
      </w:r>
      <w:r w:rsidRPr="00C941B0">
        <w:rPr>
          <w:rFonts w:cs="Arial"/>
          <w:b/>
          <w:sz w:val="20"/>
          <w:szCs w:val="20"/>
          <w:lang w:val="it-IT"/>
        </w:rPr>
        <w:t xml:space="preserve">Subalterno </w:t>
      </w:r>
      <w:r w:rsidRPr="00C941B0">
        <w:rPr>
          <w:rFonts w:cs="Arial"/>
          <w:sz w:val="20"/>
          <w:szCs w:val="20"/>
          <w:lang w:val="it-IT"/>
        </w:rPr>
        <w:t>____________</w:t>
      </w:r>
    </w:p>
    <w:p w14:paraId="1387B6C5" w14:textId="0BE8C2F2" w:rsidR="00E72F74" w:rsidRPr="00C941B0" w:rsidRDefault="009006E1" w:rsidP="00A1011C">
      <w:pPr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CHIEDE</w:t>
      </w:r>
    </w:p>
    <w:p w14:paraId="587B5731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essere ammesso/a alla manifestazione di interesse finalizzata al riconoscimento di un indennizzo “una tantum” in favore dei proprietari o detentori di immobili ad uso privato che abbiano subito danni in conseguenza degli eventi alluvionali verificatisi tra l’11 e il 20 febbraio 2026.</w:t>
      </w:r>
    </w:p>
    <w:p w14:paraId="1D2C6995" w14:textId="4BDB4927" w:rsidR="00C941B0" w:rsidRPr="00C941B0" w:rsidRDefault="009006E1" w:rsidP="00C941B0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A tal fine, consapevole delle responsabilità penali previste dall’art. 76 del D.P.R. 28 dicembre 2000, n. 445 in caso di dichiarazioni mendaci e delle conseguenze previste dall’art. 75 del medesimo D.P.R.,</w:t>
      </w:r>
    </w:p>
    <w:p w14:paraId="62B0D74A" w14:textId="5CAC6BD6" w:rsidR="00E72F74" w:rsidRPr="00C941B0" w:rsidRDefault="009006E1" w:rsidP="00A1011C">
      <w:pPr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DICHIARA</w:t>
      </w:r>
    </w:p>
    <w:p w14:paraId="35402739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1. Titolo sull’immobile</w:t>
      </w:r>
    </w:p>
    <w:p w14:paraId="792D7A6A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proprietario/a dell’immobile;</w:t>
      </w:r>
    </w:p>
    <w:p w14:paraId="60BE2400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detentore/</w:t>
      </w:r>
      <w:proofErr w:type="spellStart"/>
      <w:r w:rsidRPr="00C941B0">
        <w:rPr>
          <w:rFonts w:cs="Arial"/>
          <w:sz w:val="20"/>
          <w:szCs w:val="20"/>
          <w:lang w:val="it-IT"/>
        </w:rPr>
        <w:t>trice</w:t>
      </w:r>
      <w:proofErr w:type="spellEnd"/>
      <w:r w:rsidRPr="00C941B0">
        <w:rPr>
          <w:rFonts w:cs="Arial"/>
          <w:sz w:val="20"/>
          <w:szCs w:val="20"/>
          <w:lang w:val="it-IT"/>
        </w:rPr>
        <w:t xml:space="preserve"> dell’immobile in forza del seguente titolo:</w:t>
      </w:r>
    </w:p>
    <w:p w14:paraId="7977F8A0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lastRenderedPageBreak/>
        <w:t>__________________________________________________________________</w:t>
      </w:r>
    </w:p>
    <w:p w14:paraId="0A8A1028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__________________________________________________________________</w:t>
      </w:r>
    </w:p>
    <w:p w14:paraId="6D9A9616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2. Destinazione dell’immobile</w:t>
      </w:r>
    </w:p>
    <w:p w14:paraId="5E7CB5BD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che l’immobile oggetto della presente istanza è destinato ad uso privato e:</w:t>
      </w:r>
    </w:p>
    <w:p w14:paraId="7154F54A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costituisce la residenza principale del/la sottoscritto/a;</w:t>
      </w:r>
    </w:p>
    <w:p w14:paraId="63530BB8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non costituisce la residenza principale del/la sottoscritto/a.</w:t>
      </w:r>
    </w:p>
    <w:p w14:paraId="03F58B28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3. Danni subiti</w:t>
      </w:r>
    </w:p>
    <w:p w14:paraId="7DE833ED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aver subito danni all’immobile sopra indicato in conseguenza degli eventi alluvionali verificatisi tra l’11 e il 20 febbraio 2026.</w:t>
      </w:r>
    </w:p>
    <w:p w14:paraId="501D065B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 danni hanno interessato, in particolare:</w:t>
      </w:r>
    </w:p>
    <w:p w14:paraId="0489A342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strutture murarie;</w:t>
      </w:r>
    </w:p>
    <w:p w14:paraId="2F48D86B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impianti;</w:t>
      </w:r>
    </w:p>
    <w:p w14:paraId="18A3589D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infissi;</w:t>
      </w:r>
    </w:p>
    <w:p w14:paraId="4D8B4D69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pavimentazioni e rivestimenti;</w:t>
      </w:r>
    </w:p>
    <w:p w14:paraId="74258ED5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pertinenze;</w:t>
      </w:r>
    </w:p>
    <w:p w14:paraId="5FE56B7A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beni mobili presenti nell’immobile;</w:t>
      </w:r>
    </w:p>
    <w:p w14:paraId="7F5908F3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altro _________________________________.</w:t>
      </w:r>
    </w:p>
    <w:p w14:paraId="15B9461F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Descrizione dei danni subiti:</w:t>
      </w:r>
    </w:p>
    <w:p w14:paraId="7FC3BFD7" w14:textId="6E46287B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_____________</w:t>
      </w:r>
      <w:r w:rsidRPr="00C941B0">
        <w:rPr>
          <w:rFonts w:cs="Arial"/>
          <w:sz w:val="20"/>
          <w:szCs w:val="20"/>
          <w:lang w:val="it-IT"/>
        </w:rPr>
        <w:t>_____________________________</w:t>
      </w:r>
    </w:p>
    <w:p w14:paraId="13A39E3C" w14:textId="7046F70C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_____________</w:t>
      </w:r>
      <w:r w:rsidRPr="00C941B0">
        <w:rPr>
          <w:rFonts w:cs="Arial"/>
          <w:sz w:val="20"/>
          <w:szCs w:val="20"/>
          <w:lang w:val="it-IT"/>
        </w:rPr>
        <w:t>________________</w:t>
      </w:r>
    </w:p>
    <w:p w14:paraId="06FA127B" w14:textId="22B02FF2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_____________</w:t>
      </w:r>
      <w:r w:rsidRPr="00C941B0">
        <w:rPr>
          <w:rFonts w:cs="Arial"/>
          <w:sz w:val="20"/>
          <w:szCs w:val="20"/>
          <w:lang w:val="it-IT"/>
        </w:rPr>
        <w:t>___</w:t>
      </w:r>
    </w:p>
    <w:p w14:paraId="42A3B261" w14:textId="68BF879B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_____________</w:t>
      </w:r>
    </w:p>
    <w:p w14:paraId="1CFF07D6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4. Importo richiesto</w:t>
      </w:r>
    </w:p>
    <w:p w14:paraId="7EDC52FD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In relazione ai danni sopra descritti, il/la sottoscritto/a richiede il riconoscimento del seguente indennizzo:</w:t>
      </w:r>
    </w:p>
    <w:p w14:paraId="6568A13B" w14:textId="77777777" w:rsidR="00E72F74" w:rsidRPr="00C941B0" w:rsidRDefault="009006E1">
      <w:pPr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€ __________________________</w:t>
      </w:r>
    </w:p>
    <w:p w14:paraId="79FE2EDE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consapevole che l’importo richiesto non potrà comunque essere superiore a € 5.000,00 qualora l’immobile costituisca la residenza principale del beneficiario e a € 2.000,00 negli altri casi.</w:t>
      </w:r>
    </w:p>
    <w:p w14:paraId="27590412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Il/la sottoscritto/a dichiara di essere consapevole che l’importo indicato costituisce l’importo richiesto ai fini della ricognizione del fabbisogno finanziario e non determina automaticamente il riconoscimento dell’indennizzo nella misura richiesta.</w:t>
      </w:r>
    </w:p>
    <w:p w14:paraId="1CFDDF1D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L’importo effettivamente riconoscibile sarà determinato nel rispetto dei massimali previsti dalla disposizione regionale e delle risorse finanziarie disponibili, anche in relazione al successivo riparto proporzionale delle risorse tra i Comuni interessati.</w:t>
      </w:r>
    </w:p>
    <w:p w14:paraId="52651454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Pertanto, la presentazione della presente istanza e l’indicazione dell’importo richiesto non comportano alcun diritto all’erogazione dell’intero importo indicato.</w:t>
      </w:r>
    </w:p>
    <w:p w14:paraId="0AC9CE95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5. Altre forme di sostegno</w:t>
      </w:r>
    </w:p>
    <w:p w14:paraId="7B06EB77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di non aver ricevuto altre forme di indennizzo, contributo o sostegno finanziario per i medesimi danni;</w:t>
      </w:r>
    </w:p>
    <w:p w14:paraId="53841D0E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di aver ricevuto altre forme di indennizzo, contributo o sostegno finanziario per i medesimi danni, come di seguito specificato:</w:t>
      </w:r>
    </w:p>
    <w:p w14:paraId="0E5B806D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Ente erogatore </w:t>
      </w:r>
      <w:r w:rsidRPr="00C941B0">
        <w:rPr>
          <w:rFonts w:cs="Arial"/>
          <w:sz w:val="20"/>
          <w:szCs w:val="20"/>
          <w:lang w:val="it-IT"/>
        </w:rPr>
        <w:t>____________________________________________</w:t>
      </w:r>
    </w:p>
    <w:p w14:paraId="675A7D02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Importo </w:t>
      </w:r>
      <w:r w:rsidRPr="00C941B0">
        <w:rPr>
          <w:rFonts w:cs="Arial"/>
          <w:sz w:val="20"/>
          <w:szCs w:val="20"/>
          <w:lang w:val="it-IT"/>
        </w:rPr>
        <w:t>____________________________________________</w:t>
      </w:r>
    </w:p>
    <w:p w14:paraId="157AA466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Misura/contributo </w:t>
      </w:r>
      <w:r w:rsidRPr="00C941B0">
        <w:rPr>
          <w:rFonts w:cs="Arial"/>
          <w:sz w:val="20"/>
          <w:szCs w:val="20"/>
          <w:lang w:val="it-IT"/>
        </w:rPr>
        <w:t>____________________________________________</w:t>
      </w:r>
    </w:p>
    <w:p w14:paraId="1D019B66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Data di erogazione </w:t>
      </w:r>
      <w:r w:rsidRPr="00C941B0">
        <w:rPr>
          <w:rFonts w:cs="Arial"/>
          <w:sz w:val="20"/>
          <w:szCs w:val="20"/>
          <w:lang w:val="it-IT"/>
        </w:rPr>
        <w:t>____________________________________________</w:t>
      </w:r>
    </w:p>
    <w:p w14:paraId="61B35053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6. Dichiarazioni e impegni</w:t>
      </w:r>
    </w:p>
    <w:p w14:paraId="13B3D94E" w14:textId="77777777" w:rsidR="00A1011C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che le informazioni riportate nella presente istanza sono veritiere;</w:t>
      </w:r>
    </w:p>
    <w:p w14:paraId="7E70BBA7" w14:textId="13BEA45A" w:rsidR="00E72F74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essere consapevole delle responsabilità previste dalla normativa vigente in caso di dichiarazioni mendaci;</w:t>
      </w:r>
    </w:p>
    <w:p w14:paraId="45DC023C" w14:textId="3832B497" w:rsidR="00E72F74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impegnarsi a comunicare tempestivamente eventuali variazioni relative alle informazioni contenute nella presente istanza;</w:t>
      </w:r>
    </w:p>
    <w:p w14:paraId="244E8859" w14:textId="12B5488D" w:rsidR="00E72F74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essere consapevole che il riconoscimento dell’indennizzo è subordinato alla verifica dei requisiti previsti dalla disposizione regionale;</w:t>
      </w:r>
    </w:p>
    <w:p w14:paraId="73D17BEC" w14:textId="3AC8EC4E" w:rsidR="00E72F74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essere consapevole che l’indennizzo non è cumulabile con altre forme di sostegno finanziario per i medesimi eventi;</w:t>
      </w:r>
    </w:p>
    <w:p w14:paraId="468BF269" w14:textId="37E51F60" w:rsidR="00E72F74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autorizzare il Comune e il Dipartimento regionale competente in materia di protezione civile all’effettuazione delle verifiche previste dalla normativa</w:t>
      </w:r>
      <w:r w:rsidR="001D6E07">
        <w:rPr>
          <w:rFonts w:cs="Arial"/>
          <w:sz w:val="20"/>
          <w:szCs w:val="20"/>
          <w:lang w:val="it-IT"/>
        </w:rPr>
        <w:t>;</w:t>
      </w:r>
    </w:p>
    <w:p w14:paraId="55F60407" w14:textId="7BD41BE5" w:rsidR="001D6E07" w:rsidRPr="001D6E07" w:rsidRDefault="001D6E07" w:rsidP="001D6E07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1D6E07">
        <w:rPr>
          <w:rFonts w:cs="Arial"/>
          <w:sz w:val="20"/>
          <w:szCs w:val="20"/>
          <w:lang w:val="it-IT"/>
        </w:rPr>
        <w:t xml:space="preserve">di essere consapevole che l’amministrazione comunale effettuerà controlli sulla veridicità delle autocertificazioni e delle dichiarazioni sostitutive </w:t>
      </w:r>
      <w:proofErr w:type="gramStart"/>
      <w:r w:rsidRPr="001D6E07">
        <w:rPr>
          <w:rFonts w:cs="Arial"/>
          <w:sz w:val="20"/>
          <w:szCs w:val="20"/>
          <w:lang w:val="it-IT"/>
        </w:rPr>
        <w:t>procedendo  anche</w:t>
      </w:r>
      <w:proofErr w:type="gramEnd"/>
      <w:r w:rsidRPr="001D6E07">
        <w:rPr>
          <w:rFonts w:cs="Arial"/>
          <w:sz w:val="20"/>
          <w:szCs w:val="20"/>
          <w:lang w:val="it-IT"/>
        </w:rPr>
        <w:t xml:space="preserve"> a campione o in tutti i casi in cui sorg</w:t>
      </w:r>
      <w:r>
        <w:rPr>
          <w:rFonts w:cs="Arial"/>
          <w:sz w:val="20"/>
          <w:szCs w:val="20"/>
          <w:lang w:val="it-IT"/>
        </w:rPr>
        <w:t>a</w:t>
      </w:r>
      <w:r w:rsidRPr="001D6E07">
        <w:rPr>
          <w:rFonts w:cs="Arial"/>
          <w:sz w:val="20"/>
          <w:szCs w:val="20"/>
          <w:lang w:val="it-IT"/>
        </w:rPr>
        <w:t xml:space="preserve"> </w:t>
      </w:r>
      <w:r>
        <w:rPr>
          <w:rFonts w:cs="Arial"/>
          <w:sz w:val="20"/>
          <w:szCs w:val="20"/>
          <w:lang w:val="it-IT"/>
        </w:rPr>
        <w:t>u</w:t>
      </w:r>
      <w:r w:rsidRPr="001D6E07">
        <w:rPr>
          <w:rFonts w:cs="Arial"/>
          <w:sz w:val="20"/>
          <w:szCs w:val="20"/>
          <w:lang w:val="it-IT"/>
        </w:rPr>
        <w:t>n "ragionevole o fondato dubbio" sulla veridicità di quanto dichiarato</w:t>
      </w:r>
      <w:r>
        <w:rPr>
          <w:rFonts w:cs="Arial"/>
          <w:sz w:val="20"/>
          <w:szCs w:val="20"/>
          <w:lang w:val="it-IT"/>
        </w:rPr>
        <w:t>.</w:t>
      </w:r>
    </w:p>
    <w:p w14:paraId="0C772A44" w14:textId="77777777" w:rsidR="001D6E07" w:rsidRDefault="001D6E07" w:rsidP="001D6E07">
      <w:pPr>
        <w:pStyle w:val="Paragrafoelenco"/>
        <w:ind w:left="1003"/>
      </w:pPr>
    </w:p>
    <w:p w14:paraId="01DF92B8" w14:textId="2574CA07" w:rsidR="00E72F74" w:rsidRPr="001D6E07" w:rsidRDefault="009006E1" w:rsidP="001D6E07">
      <w:pPr>
        <w:pStyle w:val="Paragrafoelenco"/>
        <w:ind w:left="1003"/>
        <w:jc w:val="center"/>
        <w:rPr>
          <w:rFonts w:cs="Arial"/>
          <w:sz w:val="20"/>
          <w:szCs w:val="20"/>
          <w:lang w:val="it-IT"/>
        </w:rPr>
      </w:pPr>
      <w:r w:rsidRPr="001D6E07">
        <w:rPr>
          <w:rFonts w:cs="Arial"/>
          <w:b/>
          <w:sz w:val="20"/>
          <w:szCs w:val="20"/>
          <w:lang w:val="it-IT"/>
        </w:rPr>
        <w:t>MODALITÀ DI PAGAMENTO</w:t>
      </w:r>
    </w:p>
    <w:p w14:paraId="790C57E2" w14:textId="77777777" w:rsidR="00E72F74" w:rsidRPr="00C941B0" w:rsidRDefault="009006E1" w:rsidP="009006E1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In caso di riconoscimento dell’indennizzo, il/la sottoscritto/a chiede che lo stesso venga accreditato sul seguente conto corrente:</w:t>
      </w:r>
    </w:p>
    <w:p w14:paraId="69947E66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IBAN </w:t>
      </w:r>
      <w:r w:rsidRPr="00C941B0">
        <w:rPr>
          <w:rFonts w:cs="Arial"/>
          <w:sz w:val="20"/>
          <w:szCs w:val="20"/>
          <w:lang w:val="it-IT"/>
        </w:rPr>
        <w:t>_______________________________________________________________</w:t>
      </w:r>
    </w:p>
    <w:p w14:paraId="00C20539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Intestato/cointestato a </w:t>
      </w:r>
      <w:r w:rsidRPr="00C941B0">
        <w:rPr>
          <w:rFonts w:cs="Arial"/>
          <w:sz w:val="20"/>
          <w:szCs w:val="20"/>
          <w:lang w:val="it-IT"/>
        </w:rPr>
        <w:t>___________________________________________</w:t>
      </w:r>
    </w:p>
    <w:p w14:paraId="2E4EF9FB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Codice fiscale del titolare del conto </w:t>
      </w:r>
      <w:r w:rsidRPr="00C941B0">
        <w:rPr>
          <w:rFonts w:cs="Arial"/>
          <w:sz w:val="20"/>
          <w:szCs w:val="20"/>
          <w:lang w:val="it-IT"/>
        </w:rPr>
        <w:t>_____________________________</w:t>
      </w:r>
    </w:p>
    <w:p w14:paraId="26D8D459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ALLEGATI OBBLIGATORI</w:t>
      </w:r>
    </w:p>
    <w:p w14:paraId="67572838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copia di un documento di riconoscimento in corso di validità;</w:t>
      </w:r>
    </w:p>
    <w:p w14:paraId="15AED249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documentazione fotografica comprovante i danni subiti;</w:t>
      </w:r>
    </w:p>
    <w:p w14:paraId="0ABFFD7C" w14:textId="77777777"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14:paraId="026C3D71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Luogo e data </w:t>
      </w:r>
      <w:r w:rsidRPr="00C941B0">
        <w:rPr>
          <w:rFonts w:cs="Arial"/>
          <w:sz w:val="20"/>
          <w:szCs w:val="20"/>
          <w:lang w:val="it-IT"/>
        </w:rPr>
        <w:t>______________________________</w:t>
      </w:r>
    </w:p>
    <w:p w14:paraId="0D7DBECB" w14:textId="77777777"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14:paraId="2C0D21B4" w14:textId="77777777" w:rsidR="00E72F74" w:rsidRPr="00C941B0" w:rsidRDefault="009006E1">
      <w:pPr>
        <w:jc w:val="right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Il/La dichiarante</w:t>
      </w:r>
      <w:r w:rsidRPr="00C941B0">
        <w:rPr>
          <w:rFonts w:cs="Arial"/>
          <w:b/>
          <w:sz w:val="20"/>
          <w:szCs w:val="20"/>
          <w:lang w:val="it-IT"/>
        </w:rPr>
        <w:br/>
      </w:r>
      <w:r w:rsidRPr="00C941B0">
        <w:rPr>
          <w:rFonts w:cs="Arial"/>
          <w:b/>
          <w:sz w:val="20"/>
          <w:szCs w:val="20"/>
          <w:lang w:val="it-IT"/>
        </w:rPr>
        <w:br/>
        <w:t>_________________________________________</w:t>
      </w:r>
      <w:r w:rsidRPr="00C941B0">
        <w:rPr>
          <w:rFonts w:cs="Arial"/>
          <w:b/>
          <w:sz w:val="20"/>
          <w:szCs w:val="20"/>
          <w:lang w:val="it-IT"/>
        </w:rPr>
        <w:br/>
        <w:t>(firma)</w:t>
      </w:r>
    </w:p>
    <w:p w14:paraId="0ED2CA77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INFORMATIVA SUL TRATTAMENTO DEI DATI PERSONALI</w:t>
      </w:r>
    </w:p>
    <w:p w14:paraId="47ADE310" w14:textId="77777777" w:rsidR="00E72F74" w:rsidRPr="00C941B0" w:rsidRDefault="009006E1" w:rsidP="00C941B0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Il/La sottoscritto/a dichiara di aver preso visione dell’informativa sul trattamento dei dati personali predisposta dal Comune ai sensi del Regolamento (UE) 2016/679 e della normativa nazionale vigente in materia di protezione dei dati personali.</w:t>
      </w:r>
    </w:p>
    <w:p w14:paraId="74ECC09D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Luogo e data </w:t>
      </w:r>
      <w:r w:rsidRPr="00C941B0">
        <w:rPr>
          <w:rFonts w:cs="Arial"/>
          <w:sz w:val="20"/>
          <w:szCs w:val="20"/>
          <w:lang w:val="it-IT"/>
        </w:rPr>
        <w:t>______________________________</w:t>
      </w:r>
    </w:p>
    <w:p w14:paraId="39A64524" w14:textId="77777777" w:rsidR="00E72F74" w:rsidRPr="00C941B0" w:rsidRDefault="009006E1">
      <w:pPr>
        <w:jc w:val="right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Il/La dichiarante</w:t>
      </w:r>
      <w:r w:rsidRPr="00C941B0">
        <w:rPr>
          <w:rFonts w:cs="Arial"/>
          <w:b/>
          <w:sz w:val="20"/>
          <w:szCs w:val="20"/>
          <w:lang w:val="it-IT"/>
        </w:rPr>
        <w:br/>
      </w:r>
      <w:r w:rsidRPr="00C941B0">
        <w:rPr>
          <w:rFonts w:cs="Arial"/>
          <w:b/>
          <w:sz w:val="20"/>
          <w:szCs w:val="20"/>
          <w:lang w:val="it-IT"/>
        </w:rPr>
        <w:br/>
        <w:t>_________________________________________</w:t>
      </w:r>
      <w:r w:rsidRPr="00C941B0">
        <w:rPr>
          <w:rFonts w:cs="Arial"/>
          <w:b/>
          <w:sz w:val="20"/>
          <w:szCs w:val="20"/>
          <w:lang w:val="it-IT"/>
        </w:rPr>
        <w:br/>
        <w:t>(firma)</w:t>
      </w:r>
    </w:p>
    <w:sectPr w:rsidR="00E72F74" w:rsidRPr="00C941B0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6C13242"/>
    <w:multiLevelType w:val="hybridMultilevel"/>
    <w:tmpl w:val="866686F0"/>
    <w:lvl w:ilvl="0" w:tplc="0410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B7EBC"/>
    <w:rsid w:val="001D6E07"/>
    <w:rsid w:val="0029639D"/>
    <w:rsid w:val="00326F90"/>
    <w:rsid w:val="006D0E11"/>
    <w:rsid w:val="009006E1"/>
    <w:rsid w:val="009C28E9"/>
    <w:rsid w:val="00A1011C"/>
    <w:rsid w:val="00AA1D8D"/>
    <w:rsid w:val="00B47730"/>
    <w:rsid w:val="00C941B0"/>
    <w:rsid w:val="00CB0664"/>
    <w:rsid w:val="00D323C0"/>
    <w:rsid w:val="00E72F7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CCCFB4"/>
  <w14:defaultImageDpi w14:val="300"/>
  <w15:docId w15:val="{BAD2C5CA-B77A-4DE4-96BB-1D70B6EEE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20"/>
    </w:pPr>
    <w:rPr>
      <w:rFonts w:ascii="Arial" w:eastAsia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semiHidden/>
    <w:unhideWhenUsed/>
    <w:rsid w:val="001D6E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966</Words>
  <Characters>5507</Characters>
  <Application>Microsoft Office Word</Application>
  <DocSecurity>0</DocSecurity>
  <Lines>45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6461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Giuseppe caruso</cp:lastModifiedBy>
  <cp:revision>2</cp:revision>
  <dcterms:created xsi:type="dcterms:W3CDTF">2026-10-09T09:38:00Z</dcterms:created>
  <dcterms:modified xsi:type="dcterms:W3CDTF">2026-10-09T09:38:00Z</dcterms:modified>
  <cp:category/>
</cp:coreProperties>
</file>